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074" w:rsidRDefault="00221743">
      <w:pPr>
        <w:pStyle w:val="Title"/>
      </w:pPr>
      <w:bookmarkStart w:id="0" w:name="_GoBack"/>
      <w:bookmarkEnd w:id="0"/>
      <w:r>
        <w:t>SOAR SDC</w:t>
      </w:r>
    </w:p>
    <w:p w:rsidR="001D5074" w:rsidRDefault="00221743">
      <w:pPr>
        <w:pStyle w:val="Heading1"/>
      </w:pPr>
      <w:r>
        <w:t>Equality, Diversity &amp; Inclusion Policy – Events &amp; Competitions</w:t>
      </w:r>
    </w:p>
    <w:p w:rsidR="001D5074" w:rsidRDefault="00221743">
      <w:r>
        <w:t>Version 1.0 – 2026</w:t>
      </w:r>
    </w:p>
    <w:p w:rsidR="001D5074" w:rsidRDefault="00221743">
      <w:pPr>
        <w:pStyle w:val="Heading2"/>
      </w:pPr>
      <w:r>
        <w:t>1. Purpose</w:t>
      </w:r>
    </w:p>
    <w:p w:rsidR="001D5074" w:rsidRDefault="00221743">
      <w:pPr>
        <w:pStyle w:val="ListBullet"/>
      </w:pPr>
      <w:r>
        <w:t>SOAR is committed to creating an inclusive, welcoming and respectful environment where everyone feels valued, supported and able to participate.</w:t>
      </w:r>
    </w:p>
    <w:p w:rsidR="001D5074" w:rsidRDefault="00221743">
      <w:pPr>
        <w:pStyle w:val="ListBullet"/>
      </w:pPr>
      <w:r>
        <w:t xml:space="preserve">This </w:t>
      </w:r>
      <w:r>
        <w:t>policy outlines our commitment to equality, diversity and inclusion across all SOAR events, competitions and activities.</w:t>
      </w:r>
    </w:p>
    <w:p w:rsidR="001D5074" w:rsidRDefault="00221743">
      <w:pPr>
        <w:pStyle w:val="Heading2"/>
      </w:pPr>
      <w:r>
        <w:t>2. Our Commitment</w:t>
      </w:r>
    </w:p>
    <w:p w:rsidR="001D5074" w:rsidRDefault="00221743">
      <w:pPr>
        <w:pStyle w:val="ListBullet"/>
      </w:pPr>
      <w:r>
        <w:t>SOAR is committed to ensuring that all individuals are treated fairly and with respect regardless of age, disability,</w:t>
      </w:r>
      <w:r>
        <w:t xml:space="preserve"> gender or gender identity, race, ethnicity or nationality, religion or belief, sexual orientation or socio-economic background.</w:t>
      </w:r>
    </w:p>
    <w:p w:rsidR="001D5074" w:rsidRDefault="00221743">
      <w:pPr>
        <w:pStyle w:val="ListBullet"/>
      </w:pPr>
      <w:r>
        <w:t>We celebrate diversity and believe it strengthens our dance community.</w:t>
      </w:r>
    </w:p>
    <w:p w:rsidR="001D5074" w:rsidRDefault="00221743">
      <w:pPr>
        <w:pStyle w:val="Heading2"/>
      </w:pPr>
      <w:r>
        <w:t>3. Inclusive Event Environment</w:t>
      </w:r>
    </w:p>
    <w:p w:rsidR="001D5074" w:rsidRDefault="00221743">
      <w:pPr>
        <w:pStyle w:val="ListBullet"/>
      </w:pPr>
      <w:r>
        <w:t>SOAR aims to provide a sa</w:t>
      </w:r>
      <w:r>
        <w:t>fe and welcoming competition environment.</w:t>
      </w:r>
    </w:p>
    <w:p w:rsidR="001D5074" w:rsidRDefault="00221743">
      <w:pPr>
        <w:pStyle w:val="ListBullet"/>
      </w:pPr>
      <w:r>
        <w:t>SOAR promotes respect, kindness, encouragement and fair opportunities for participation.</w:t>
      </w:r>
    </w:p>
    <w:p w:rsidR="001D5074" w:rsidRDefault="00221743">
      <w:pPr>
        <w:pStyle w:val="ListBullet"/>
      </w:pPr>
      <w:r>
        <w:t>SOAR will challenge discrimination or inappropriate behaviour where appropriate.</w:t>
      </w:r>
    </w:p>
    <w:p w:rsidR="001D5074" w:rsidRDefault="00221743">
      <w:pPr>
        <w:pStyle w:val="Heading2"/>
      </w:pPr>
      <w:r>
        <w:t>4. Accessibility &amp; Participation</w:t>
      </w:r>
    </w:p>
    <w:p w:rsidR="001D5074" w:rsidRDefault="00221743">
      <w:pPr>
        <w:pStyle w:val="ListBullet"/>
      </w:pPr>
      <w:r>
        <w:t>SOAR aims t</w:t>
      </w:r>
      <w:r>
        <w:t>o support accessibility and individual needs wherever reasonably possible.</w:t>
      </w:r>
    </w:p>
    <w:p w:rsidR="001D5074" w:rsidRDefault="00221743">
      <w:pPr>
        <w:pStyle w:val="ListBullet"/>
      </w:pPr>
      <w:r>
        <w:t>Dance schools, parents or attendees are encouraged to contact SOAR in advance regarding accessibility requirements, assisted seating, medical or welfare considerations and additiona</w:t>
      </w:r>
      <w:r>
        <w:t>l support requirements.</w:t>
      </w:r>
    </w:p>
    <w:p w:rsidR="001D5074" w:rsidRDefault="00221743">
      <w:pPr>
        <w:pStyle w:val="ListBullet"/>
      </w:pPr>
      <w:r>
        <w:t>SOAR will aim to make reasonable adjustments where appropriate.</w:t>
      </w:r>
    </w:p>
    <w:p w:rsidR="001D5074" w:rsidRDefault="00221743">
      <w:pPr>
        <w:pStyle w:val="Heading2"/>
      </w:pPr>
      <w:r>
        <w:t>5. Staff, Judges &amp; Volunteer Responsibilities</w:t>
      </w:r>
    </w:p>
    <w:p w:rsidR="001D5074" w:rsidRDefault="00221743">
      <w:pPr>
        <w:pStyle w:val="ListBullet"/>
      </w:pPr>
      <w:r>
        <w:t>All SOAR staff, judges, volunteers and contractors must treat all individuals fairly and with respect.</w:t>
      </w:r>
    </w:p>
    <w:p w:rsidR="001D5074" w:rsidRDefault="00221743">
      <w:pPr>
        <w:pStyle w:val="ListBullet"/>
      </w:pPr>
      <w:r>
        <w:t>All representatives</w:t>
      </w:r>
      <w:r>
        <w:t xml:space="preserve"> of SOAR must promote inclusive practices and act professionally at all times.</w:t>
      </w:r>
    </w:p>
    <w:p w:rsidR="001D5074" w:rsidRDefault="00221743">
      <w:pPr>
        <w:pStyle w:val="Heading2"/>
      </w:pPr>
      <w:r>
        <w:t>6. Dance Schools &amp; Attendee Expectations</w:t>
      </w:r>
    </w:p>
    <w:p w:rsidR="001D5074" w:rsidRDefault="00221743">
      <w:pPr>
        <w:pStyle w:val="ListBullet"/>
      </w:pPr>
      <w:r>
        <w:t>Dance schools, teachers, parents, dancers and spectators are expected to respect others at all times.</w:t>
      </w:r>
    </w:p>
    <w:p w:rsidR="001D5074" w:rsidRDefault="00221743">
      <w:pPr>
        <w:pStyle w:val="ListBullet"/>
      </w:pPr>
      <w:r>
        <w:t>Discriminatory, intimidating or of</w:t>
      </w:r>
      <w:r>
        <w:t>fensive behaviour will not be tolerated.</w:t>
      </w:r>
    </w:p>
    <w:p w:rsidR="001D5074" w:rsidRDefault="00221743">
      <w:pPr>
        <w:pStyle w:val="ListBullet"/>
      </w:pPr>
      <w:r>
        <w:t>All attendees are expected to support a welcoming and respectful atmosphere.</w:t>
      </w:r>
    </w:p>
    <w:p w:rsidR="001D5074" w:rsidRDefault="00221743">
      <w:pPr>
        <w:pStyle w:val="Heading2"/>
      </w:pPr>
      <w:r>
        <w:lastRenderedPageBreak/>
        <w:t>7. Behaviour Expectations</w:t>
      </w:r>
    </w:p>
    <w:p w:rsidR="001D5074" w:rsidRDefault="00221743">
      <w:pPr>
        <w:pStyle w:val="ListBullet"/>
      </w:pPr>
      <w:r>
        <w:t>SOAR expects respectful behaviour both in person at events and online across social media platforms connected to</w:t>
      </w:r>
      <w:r>
        <w:t xml:space="preserve"> SOAR activities.</w:t>
      </w:r>
    </w:p>
    <w:p w:rsidR="001D5074" w:rsidRDefault="00221743">
      <w:pPr>
        <w:pStyle w:val="ListBullet"/>
      </w:pPr>
      <w:r>
        <w:t>Bullying, harassment or discrimination towards dancers, teachers, parents, judges, staff, volunteers or spectators will not be tolerated.</w:t>
      </w:r>
    </w:p>
    <w:p w:rsidR="001D5074" w:rsidRDefault="00221743">
      <w:pPr>
        <w:pStyle w:val="Heading2"/>
      </w:pPr>
      <w:r>
        <w:t>8. Complaints &amp; Concerns</w:t>
      </w:r>
    </w:p>
    <w:p w:rsidR="001D5074" w:rsidRDefault="00221743">
      <w:pPr>
        <w:pStyle w:val="ListBullet"/>
      </w:pPr>
      <w:r>
        <w:t xml:space="preserve">Any concerns relating to equality, diversity or inclusion may be raised </w:t>
      </w:r>
      <w:r>
        <w:t>through the SOAR Complaints Policy.</w:t>
      </w:r>
    </w:p>
    <w:p w:rsidR="001D5074" w:rsidRDefault="00221743">
      <w:pPr>
        <w:pStyle w:val="ListBullet"/>
      </w:pPr>
      <w:r>
        <w:t>SOAR will aim to handle concerns fairly, respectfully and appropriately.</w:t>
      </w:r>
    </w:p>
    <w:p w:rsidR="001D5074" w:rsidRDefault="00221743">
      <w:pPr>
        <w:pStyle w:val="Heading2"/>
      </w:pPr>
      <w:r>
        <w:t>9. Review</w:t>
      </w:r>
    </w:p>
    <w:p w:rsidR="001D5074" w:rsidRDefault="00221743">
      <w:pPr>
        <w:pStyle w:val="ListBullet"/>
      </w:pPr>
      <w:r>
        <w:t>This policy will be reviewed annually or sooner if required.</w:t>
      </w:r>
    </w:p>
    <w:p w:rsidR="001D5074" w:rsidRDefault="00221743">
      <w:pPr>
        <w:pStyle w:val="ListBullet"/>
      </w:pPr>
      <w:r>
        <w:t>Attendance at a SOAR event confirms agreement to follow this policy.</w:t>
      </w:r>
    </w:p>
    <w:p w:rsidR="001D5074" w:rsidRDefault="00221743">
      <w:pPr>
        <w:pStyle w:val="Heading2"/>
      </w:pPr>
      <w:r>
        <w:t xml:space="preserve">Policy </w:t>
      </w:r>
      <w:r>
        <w:t>Information</w:t>
      </w:r>
    </w:p>
    <w:p w:rsidR="001D5074" w:rsidRDefault="00221743">
      <w:pPr>
        <w:pStyle w:val="ListBullet"/>
      </w:pPr>
      <w:r>
        <w:t>Version: 1.0</w:t>
      </w:r>
    </w:p>
    <w:p w:rsidR="001D5074" w:rsidRDefault="00221743">
      <w:pPr>
        <w:pStyle w:val="ListBullet"/>
      </w:pPr>
      <w:r>
        <w:t>Review Date: March 2027</w:t>
      </w:r>
    </w:p>
    <w:p w:rsidR="001D5074" w:rsidRDefault="00221743">
      <w:pPr>
        <w:pStyle w:val="ListBullet"/>
      </w:pPr>
      <w:r>
        <w:t>Approved By: SOAR Management Team</w:t>
      </w:r>
    </w:p>
    <w:sectPr w:rsidR="001D50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5074"/>
    <w:rsid w:val="00221743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B1CE5C74-D8C6-41B9-AC8C-E26013D1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179BA2-A265-48FC-BDC0-B8D711C4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Laura</cp:lastModifiedBy>
  <cp:revision>2</cp:revision>
  <dcterms:created xsi:type="dcterms:W3CDTF">2026-05-18T09:22:00Z</dcterms:created>
  <dcterms:modified xsi:type="dcterms:W3CDTF">2026-05-18T09:22:00Z</dcterms:modified>
  <cp:category/>
</cp:coreProperties>
</file>