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46E" w:rsidRPr="000D5030" w:rsidRDefault="003F746E" w:rsidP="003F746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val="en-GB" w:eastAsia="en-GB"/>
        </w:rPr>
      </w:pPr>
      <w:bookmarkStart w:id="0" w:name="_Hlk227256336"/>
      <w:r w:rsidRPr="000D50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val="en-GB" w:eastAsia="en-GB"/>
        </w:rPr>
        <w:t>SOAR SDC REGIONAL COMPETITION RULES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eastAsia="en-GB"/>
        </w:rPr>
        <w:t>September 2026 – July 2027</w:t>
      </w: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br/>
      </w: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eastAsia="en-GB"/>
        </w:rPr>
        <w:t>Version 1 Official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  <w:t>1. PURPOSE OF SOAR SDC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SOAR SDC competitions are designed to provide a:</w:t>
      </w:r>
    </w:p>
    <w:p w:rsidR="003F746E" w:rsidRPr="009B6E07" w:rsidRDefault="003F746E" w:rsidP="006A5C2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Safe</w:t>
      </w:r>
    </w:p>
    <w:p w:rsidR="003F746E" w:rsidRPr="009B6E07" w:rsidRDefault="003F746E" w:rsidP="006A5C2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Inclusive</w:t>
      </w:r>
    </w:p>
    <w:p w:rsidR="003F746E" w:rsidRPr="009B6E07" w:rsidRDefault="003F746E" w:rsidP="006A5C2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Fair</w:t>
      </w:r>
    </w:p>
    <w:p w:rsidR="003F746E" w:rsidRPr="009B6E07" w:rsidRDefault="003F746E" w:rsidP="006A5C2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High-standard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environment for street dancers to develop, compete, and progress.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Our structure supports:</w:t>
      </w:r>
    </w:p>
    <w:p w:rsidR="003F746E" w:rsidRPr="009B6E07" w:rsidRDefault="003F746E" w:rsidP="006A5C2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Clear progression pathways</w:t>
      </w:r>
    </w:p>
    <w:p w:rsidR="003F746E" w:rsidRPr="009B6E07" w:rsidRDefault="003F746E" w:rsidP="006A5C2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Consistency across all events</w:t>
      </w:r>
    </w:p>
    <w:p w:rsidR="003F746E" w:rsidRPr="009B6E07" w:rsidRDefault="003F746E" w:rsidP="006A5C2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Positive competition experiences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  <w:t>2. AGE CATEGORIES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The following age categories apply across all sections:</w:t>
      </w:r>
    </w:p>
    <w:p w:rsidR="003F746E" w:rsidRPr="009B6E07" w:rsidRDefault="003F746E" w:rsidP="006A5C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6 &amp; Under (Open only)</w:t>
      </w:r>
    </w:p>
    <w:p w:rsidR="003F746E" w:rsidRPr="009B6E07" w:rsidRDefault="003F746E" w:rsidP="006A5C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8 &amp; Under</w:t>
      </w:r>
    </w:p>
    <w:p w:rsidR="003F746E" w:rsidRPr="009B6E07" w:rsidRDefault="003F746E" w:rsidP="006A5C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10 &amp; Under</w:t>
      </w:r>
    </w:p>
    <w:p w:rsidR="003F746E" w:rsidRPr="009B6E07" w:rsidRDefault="003F746E" w:rsidP="006A5C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12 &amp; Under</w:t>
      </w:r>
    </w:p>
    <w:p w:rsidR="003F746E" w:rsidRPr="009B6E07" w:rsidRDefault="003F746E" w:rsidP="006A5C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14 &amp; Under</w:t>
      </w:r>
    </w:p>
    <w:p w:rsidR="003F746E" w:rsidRPr="009B6E07" w:rsidRDefault="003F746E" w:rsidP="006A5C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16 &amp; Under</w:t>
      </w:r>
    </w:p>
    <w:p w:rsidR="003F746E" w:rsidRPr="009B6E07" w:rsidRDefault="003F746E" w:rsidP="006A5C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17 &amp; Over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Ages are based on the dancer’s age on the day of competition.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  <w:lastRenderedPageBreak/>
        <w:t>3. ABILITY LEVELS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SOAR uses four ability levels:</w:t>
      </w:r>
    </w:p>
    <w:p w:rsidR="003F746E" w:rsidRPr="009B6E07" w:rsidRDefault="003F746E" w:rsidP="006A5C2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Newcomer</w:t>
      </w:r>
    </w:p>
    <w:p w:rsidR="003F746E" w:rsidRPr="009B6E07" w:rsidRDefault="003F746E" w:rsidP="006A5C2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Novice</w:t>
      </w:r>
    </w:p>
    <w:p w:rsidR="003F746E" w:rsidRPr="009B6E07" w:rsidRDefault="003F746E" w:rsidP="006A5C2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Intermediate</w:t>
      </w:r>
    </w:p>
    <w:p w:rsidR="003F746E" w:rsidRPr="009B6E07" w:rsidRDefault="003F746E" w:rsidP="006A5C2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Advanced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eastAsia="en-GB"/>
        </w:rPr>
        <w:t>Newcomer</w:t>
      </w: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br/>
        <w:t>First-time competitors only.</w:t>
      </w: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br/>
        <w:t>Must not have previously placed in any street dance competition.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eastAsia="en-GB"/>
        </w:rPr>
        <w:t>Novice</w:t>
      </w: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br/>
        <w:t>For dancers with some competition experience.</w:t>
      </w: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br/>
        <w:t>Must enter here if progressed from Newcomer.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eastAsia="en-GB"/>
        </w:rPr>
        <w:t>Intermediate</w:t>
      </w: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br/>
        <w:t>For dancers with strong competition experience.</w:t>
      </w: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br/>
        <w:t>Must enter here if progressed from Novice.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eastAsia="en-GB"/>
        </w:rPr>
        <w:t>Advanced</w:t>
      </w: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br/>
        <w:t>The highest level at SOAR.</w:t>
      </w: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br/>
        <w:t>For experienced dancers demonstrating advanced ability.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  <w:t>4. PROGRESSION RULES (SOLOS &amp; DUOS)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To ensure fairness and consistency, SOAR uses a structured progression system.</w:t>
      </w: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  <w:t>Minimum Entry Rule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Progression applies only where there are 5 or more dancers or entries.</w:t>
      </w: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  <w:t>Newcomer → Novice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Top 6 must move up.</w:t>
      </w: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  <w:t>Novice → Intermediate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Progression depends on category size:</w:t>
      </w:r>
    </w:p>
    <w:p w:rsidR="003F746E" w:rsidRPr="009B6E07" w:rsidRDefault="003F746E" w:rsidP="006A5C2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Up to 14 dancers → Top 3 move up</w:t>
      </w:r>
    </w:p>
    <w:p w:rsidR="003F746E" w:rsidRPr="009B6E07" w:rsidRDefault="003F746E" w:rsidP="006A5C2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15 or more dancers → Top 6 move up</w:t>
      </w: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  <w:lastRenderedPageBreak/>
        <w:t>Intermediate → Advanced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Top 3 placement must be achieved twice within a season.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  <w:t>SOAR RECOMMENDED PROGRESSION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SOAR reserves the right to recommend dancers to move up to a higher category based on:</w:t>
      </w:r>
    </w:p>
    <w:p w:rsidR="003F746E" w:rsidRPr="009B6E07" w:rsidRDefault="003F746E" w:rsidP="006A5C2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Performance level</w:t>
      </w:r>
    </w:p>
    <w:p w:rsidR="003F746E" w:rsidRPr="009B6E07" w:rsidRDefault="003F746E" w:rsidP="006A5C2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Consistency across rounds</w:t>
      </w:r>
    </w:p>
    <w:p w:rsidR="003F746E" w:rsidRPr="009B6E07" w:rsidRDefault="003F746E" w:rsidP="006A5C2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Category size and standard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Following each event, SOAR </w:t>
      </w:r>
      <w:r w:rsidR="006A5C26"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will</w:t>
      </w: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provide progression guidance to dance schools, highlighting dancers who are ready to move up.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These recommendations are made to:</w:t>
      </w:r>
    </w:p>
    <w:p w:rsidR="003F746E" w:rsidRPr="009B6E07" w:rsidRDefault="003F746E" w:rsidP="006A5C2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Support fair competition</w:t>
      </w:r>
    </w:p>
    <w:p w:rsidR="003F746E" w:rsidRPr="009B6E07" w:rsidRDefault="003F746E" w:rsidP="006A5C2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Encourage dancer development</w:t>
      </w:r>
    </w:p>
    <w:p w:rsidR="003F746E" w:rsidRPr="009B6E07" w:rsidRDefault="003F746E" w:rsidP="006A5C2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Maintain appropriate category standards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While final entry decisions remain the responsibility of the dance school, SOAR expects all schools to act in the spirit of fairness and integrity.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  <w:t>Additional Progression Rules</w:t>
      </w:r>
    </w:p>
    <w:p w:rsidR="003F746E" w:rsidRPr="009B6E07" w:rsidRDefault="003F746E" w:rsidP="006A5C2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Once a dancer moves up, they cannot move back down within the same age category</w:t>
      </w:r>
    </w:p>
    <w:p w:rsidR="003F746E" w:rsidRPr="009B6E07" w:rsidRDefault="003F746E" w:rsidP="006A5C2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When moving into a new age category, dancers may move down one level only</w:t>
      </w:r>
    </w:p>
    <w:p w:rsidR="003F746E" w:rsidRPr="009B6E07" w:rsidRDefault="003F746E" w:rsidP="006A5C2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Dancers can never return to Newcomer once progressed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Progression applies across:</w:t>
      </w:r>
    </w:p>
    <w:p w:rsidR="003F746E" w:rsidRPr="009B6E07" w:rsidRDefault="003F746E" w:rsidP="006A5C2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Solos</w:t>
      </w:r>
    </w:p>
    <w:p w:rsidR="003F746E" w:rsidRPr="009B6E07" w:rsidRDefault="003F746E" w:rsidP="006A5C2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Duos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  <w:t>5. GENERAL COMPETITION RULES</w:t>
      </w:r>
    </w:p>
    <w:p w:rsidR="003F746E" w:rsidRPr="009B6E07" w:rsidRDefault="003F746E" w:rsidP="006A5C2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lastRenderedPageBreak/>
        <w:t>Dancers must compete in the correct age and ability category</w:t>
      </w:r>
    </w:p>
    <w:p w:rsidR="003F746E" w:rsidRPr="009B6E07" w:rsidRDefault="003F746E" w:rsidP="006A5C2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SOAR reserves the right to:</w:t>
      </w:r>
    </w:p>
    <w:p w:rsidR="003F746E" w:rsidRPr="009B6E07" w:rsidRDefault="003F746E" w:rsidP="006A5C26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Move dancers into appropriate categories</w:t>
      </w:r>
    </w:p>
    <w:p w:rsidR="003F746E" w:rsidRPr="009B6E07" w:rsidRDefault="003F746E" w:rsidP="006A5C26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Combine categories where numbers are low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All participants must follow the SOAR Code of Conduct.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  <w:t>6. SOLOS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Format:</w:t>
      </w:r>
    </w:p>
    <w:p w:rsidR="003F746E" w:rsidRPr="009B6E07" w:rsidRDefault="003F746E" w:rsidP="006A5C2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Freestyle</w:t>
      </w:r>
    </w:p>
    <w:p w:rsidR="003F746E" w:rsidRPr="009B6E07" w:rsidRDefault="003F746E" w:rsidP="006A5C2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Music selected by SOAR DJ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Rules:</w:t>
      </w:r>
    </w:p>
    <w:p w:rsidR="003F746E" w:rsidRPr="009B6E07" w:rsidRDefault="003F746E" w:rsidP="006A5C2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Dancers must compete in the correct age and level</w:t>
      </w:r>
    </w:p>
    <w:p w:rsidR="003F746E" w:rsidRPr="009B6E07" w:rsidRDefault="003F746E" w:rsidP="006A5C2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Teachers must compete in Advanced</w:t>
      </w:r>
    </w:p>
    <w:p w:rsidR="003F746E" w:rsidRPr="009B6E07" w:rsidRDefault="003F746E" w:rsidP="006A5C2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Controlled tricks are permitted in finals only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  <w:t>7. DUOS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Rules:</w:t>
      </w:r>
    </w:p>
    <w:p w:rsidR="003F746E" w:rsidRPr="009B6E07" w:rsidRDefault="003F746E" w:rsidP="006A5C2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Must compete in the highest level of the two dancers</w:t>
      </w:r>
    </w:p>
    <w:p w:rsidR="003F746E" w:rsidRPr="009B6E07" w:rsidRDefault="003F746E" w:rsidP="006A5C2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Must compete in the oldest age category</w:t>
      </w:r>
    </w:p>
    <w:p w:rsidR="003F746E" w:rsidRPr="009B6E07" w:rsidRDefault="003F746E" w:rsidP="006A5C2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Controlled tricks are permitted in finals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  <w:t>8. TEAMS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Structure:</w:t>
      </w:r>
    </w:p>
    <w:p w:rsidR="003F746E" w:rsidRPr="009B6E07" w:rsidRDefault="003F746E" w:rsidP="006A5C2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5–25 dancers per team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Rules:</w:t>
      </w:r>
    </w:p>
    <w:p w:rsidR="003F746E" w:rsidRPr="009B6E07" w:rsidRDefault="003F746E" w:rsidP="006A5C2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Dancers may compete in one team only</w:t>
      </w:r>
    </w:p>
    <w:p w:rsidR="003F746E" w:rsidRPr="009B6E07" w:rsidRDefault="003F746E" w:rsidP="006A5C2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No more than 25% of the team may be above the stated age category</w:t>
      </w: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  <w:lastRenderedPageBreak/>
        <w:t>Team Progression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Minimum of 4 teams required for progression rules to apply.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Newcomer → Novice</w:t>
      </w: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br/>
        <w:t>Top 3 placement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Novice → Intermediate</w:t>
      </w: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br/>
        <w:t>Top 3 placement achieved twice within a season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Intermediate → Advanced</w:t>
      </w: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br/>
        <w:t>Top 2 placement achieved twice within a season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Teams cannot move back down once progressed.</w:t>
      </w: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  <w:t>Teacher Participation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Teachers may perform within team categories.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Teachers are only permitted to compete in:</w:t>
      </w:r>
    </w:p>
    <w:p w:rsidR="003F746E" w:rsidRPr="009B6E07" w:rsidRDefault="003F746E" w:rsidP="006A5C2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Intermediate</w:t>
      </w:r>
    </w:p>
    <w:p w:rsidR="003F746E" w:rsidRPr="009B6E07" w:rsidRDefault="003F746E" w:rsidP="006A5C2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Advanced</w:t>
      </w: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  <w:t>Category Adjustments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SOAR reserves the right to combine categories where there are three teams or fewer.</w:t>
      </w: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  <w:t>Parent Teams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Parent teams follow Novice rules.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  <w:t>9. MEGACREWS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Structure:</w:t>
      </w:r>
    </w:p>
    <w:p w:rsidR="003F746E" w:rsidRPr="009B6E07" w:rsidRDefault="003F746E" w:rsidP="006A5C2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18–40 dancers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Rules:</w:t>
      </w:r>
    </w:p>
    <w:p w:rsidR="003F746E" w:rsidRPr="009B6E07" w:rsidRDefault="003F746E" w:rsidP="006A5C2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Maximum routine length: 4 minutes</w:t>
      </w:r>
    </w:p>
    <w:p w:rsidR="003F746E" w:rsidRPr="009B6E07" w:rsidRDefault="003F746E" w:rsidP="006A5C2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No limit on number of songs used</w:t>
      </w:r>
    </w:p>
    <w:p w:rsidR="003F746E" w:rsidRPr="009B6E07" w:rsidRDefault="003F746E" w:rsidP="006A5C2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At least 75% of dancers must perform for a minimum of 2 minutes</w:t>
      </w:r>
    </w:p>
    <w:p w:rsidR="003F746E" w:rsidRPr="009B6E07" w:rsidRDefault="003F746E" w:rsidP="006A5C2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lastRenderedPageBreak/>
        <w:t>No age or ability categories</w:t>
      </w:r>
    </w:p>
    <w:p w:rsidR="003F746E" w:rsidRPr="009B6E07" w:rsidRDefault="003F746E" w:rsidP="006A5C2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Tricks are permitted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  <w:t>10. BATTLES (REGIONALS)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Styles:</w:t>
      </w:r>
    </w:p>
    <w:p w:rsidR="003F746E" w:rsidRPr="009B6E07" w:rsidRDefault="003F746E" w:rsidP="006A5C2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House</w:t>
      </w:r>
    </w:p>
    <w:p w:rsidR="003F746E" w:rsidRPr="009B6E07" w:rsidRDefault="003F746E" w:rsidP="006A5C2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Hip Hop</w:t>
      </w: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br/>
        <w:t>(Styles may vary by regional event)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Age Categories:</w:t>
      </w:r>
    </w:p>
    <w:p w:rsidR="003F746E" w:rsidRPr="009B6E07" w:rsidRDefault="003F746E" w:rsidP="006A5C2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13 &amp; Under</w:t>
      </w:r>
    </w:p>
    <w:p w:rsidR="003F746E" w:rsidRPr="009B6E07" w:rsidRDefault="003F746E" w:rsidP="006A5C2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14 &amp; Over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Entry Limits:</w:t>
      </w:r>
    </w:p>
    <w:p w:rsidR="003F746E" w:rsidRPr="009B6E07" w:rsidRDefault="003F746E" w:rsidP="006A5C2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Maximum 20 dancers per category per style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Format:</w:t>
      </w:r>
    </w:p>
    <w:p w:rsidR="003F746E" w:rsidRPr="009B6E07" w:rsidRDefault="003F746E" w:rsidP="006A5C2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Each dancer performs a freestyle round (approximately 25 seconds)</w:t>
      </w:r>
    </w:p>
    <w:p w:rsidR="003F746E" w:rsidRPr="009B6E07" w:rsidRDefault="003F746E" w:rsidP="006A5C2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Judges select their Top 8 dancers</w:t>
      </w:r>
    </w:p>
    <w:p w:rsidR="003F746E" w:rsidRPr="009B6E07" w:rsidRDefault="003F746E" w:rsidP="006A5C2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Top 8 progress to 1v1 battle rounds</w:t>
      </w:r>
    </w:p>
    <w:p w:rsidR="003F746E" w:rsidRPr="009B6E07" w:rsidRDefault="003F746E" w:rsidP="006A5C2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Each dancer receives approximately 30 seconds per round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Final:</w:t>
      </w:r>
    </w:p>
    <w:p w:rsidR="003F746E" w:rsidRPr="009B6E07" w:rsidRDefault="003F746E" w:rsidP="006A5C2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Each dancer performs 2 rounds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  <w:t>11. MUSIC &amp; PERFORMANCE RULES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Penalties may be applied for:</w:t>
      </w:r>
    </w:p>
    <w:p w:rsidR="003F746E" w:rsidRPr="009B6E07" w:rsidRDefault="003F746E" w:rsidP="006A5C2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Swearing or inappropriate language</w:t>
      </w:r>
    </w:p>
    <w:p w:rsidR="003F746E" w:rsidRPr="009B6E07" w:rsidRDefault="003F746E" w:rsidP="006A5C2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Music exceeding time limits (5-second grace)</w:t>
      </w:r>
    </w:p>
    <w:p w:rsidR="003F746E" w:rsidRPr="009B6E07" w:rsidRDefault="003F746E" w:rsidP="006A5C2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Inappropriate costumes or choreography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  <w:lastRenderedPageBreak/>
        <w:t>12. SAFETY &amp; PERFORMANCE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All tricks must be:</w:t>
      </w:r>
    </w:p>
    <w:p w:rsidR="003F746E" w:rsidRPr="009B6E07" w:rsidRDefault="003F746E" w:rsidP="006A5C2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Controlled</w:t>
      </w:r>
    </w:p>
    <w:p w:rsidR="003F746E" w:rsidRPr="009B6E07" w:rsidRDefault="003F746E" w:rsidP="006A5C2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Safe</w:t>
      </w:r>
    </w:p>
    <w:p w:rsidR="003F746E" w:rsidRPr="009B6E07" w:rsidRDefault="003F746E" w:rsidP="006A5C2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Appropriate to category</w:t>
      </w: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  <w:t>Assisted Tricks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Allowed in:</w:t>
      </w:r>
    </w:p>
    <w:p w:rsidR="003F746E" w:rsidRPr="009B6E07" w:rsidRDefault="003F746E" w:rsidP="006A5C2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Duos</w:t>
      </w:r>
    </w:p>
    <w:p w:rsidR="003F746E" w:rsidRPr="009B6E07" w:rsidRDefault="003F746E" w:rsidP="006A5C2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Teams</w:t>
      </w:r>
    </w:p>
    <w:p w:rsidR="003F746E" w:rsidRPr="009B6E07" w:rsidRDefault="003F746E" w:rsidP="006A5C2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proofErr w:type="spellStart"/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Megacrew</w:t>
      </w:r>
      <w:proofErr w:type="spellEnd"/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Must be:</w:t>
      </w:r>
    </w:p>
    <w:p w:rsidR="003F746E" w:rsidRPr="009B6E07" w:rsidRDefault="003F746E" w:rsidP="006A5C2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Rehearsed</w:t>
      </w:r>
    </w:p>
    <w:p w:rsidR="003F746E" w:rsidRPr="009B6E07" w:rsidRDefault="003F746E" w:rsidP="006A5C2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Executed safely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SOAR reserves the right to stop any unsafe performance.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  <w:t>13. JUDGING (OVERVIEW)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Judges assess performances based on:</w:t>
      </w:r>
    </w:p>
    <w:p w:rsidR="003F746E" w:rsidRPr="009B6E07" w:rsidRDefault="003F746E" w:rsidP="006A5C2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Choreography</w:t>
      </w:r>
    </w:p>
    <w:p w:rsidR="003F746E" w:rsidRPr="009B6E07" w:rsidRDefault="003F746E" w:rsidP="006A5C2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Execution</w:t>
      </w:r>
    </w:p>
    <w:p w:rsidR="003F746E" w:rsidRPr="009B6E07" w:rsidRDefault="003F746E" w:rsidP="006A5C2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Transitions</w:t>
      </w:r>
    </w:p>
    <w:p w:rsidR="003F746E" w:rsidRPr="009B6E07" w:rsidRDefault="003F746E" w:rsidP="006A5C2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Musicality and Creativity</w:t>
      </w:r>
    </w:p>
    <w:p w:rsidR="003F746E" w:rsidRPr="009B6E07" w:rsidRDefault="003F746E" w:rsidP="006A5C2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Performance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Scoring:</w:t>
      </w:r>
    </w:p>
    <w:p w:rsidR="003F746E" w:rsidRPr="009B6E07" w:rsidRDefault="003F746E" w:rsidP="006A5C2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0–10 scale</w:t>
      </w:r>
    </w:p>
    <w:p w:rsidR="003F746E" w:rsidRPr="009B6E07" w:rsidRDefault="003F746E" w:rsidP="006A5C2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Increment scoring permitted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  <w:t>14. JUDGES TEAM CRITERIA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A Team consists of 5–25 dancers performing together in one routine.</w:t>
      </w: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  <w:lastRenderedPageBreak/>
        <w:t>1. Choreography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Judges assess the overall creativity and structure of your routine, focusing on choreography beyond foundational street styles.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You will be judged on:</w:t>
      </w:r>
    </w:p>
    <w:p w:rsidR="003F746E" w:rsidRPr="009B6E07" w:rsidRDefault="003F746E" w:rsidP="006A5C2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Cleanliness of movement across the team</w:t>
      </w:r>
    </w:p>
    <w:p w:rsidR="003F746E" w:rsidRPr="009B6E07" w:rsidRDefault="003F746E" w:rsidP="006A5C2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Precision of execution</w:t>
      </w:r>
    </w:p>
    <w:p w:rsidR="003F746E" w:rsidRPr="009B6E07" w:rsidRDefault="003F746E" w:rsidP="006A5C2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Synchronicity between dancers</w:t>
      </w:r>
    </w:p>
    <w:p w:rsidR="003F746E" w:rsidRPr="009B6E07" w:rsidRDefault="003F746E" w:rsidP="006A5C2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Overall ability of the team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Routines based purely on foundational styles will still be judged against the same criteria.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  <w:t>2. Execution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This section looks at how well your team performs foundation styles within the set.</w:t>
      </w:r>
    </w:p>
    <w:p w:rsidR="003F746E" w:rsidRPr="009B6E07" w:rsidRDefault="003F746E" w:rsidP="006A5C2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Age and level will be </w:t>
      </w:r>
      <w:bookmarkStart w:id="1" w:name="_GoBack"/>
      <w:bookmarkEnd w:id="1"/>
      <w:r w:rsidR="00C95901"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considered</w:t>
      </w:r>
    </w:p>
    <w:p w:rsidR="003F746E" w:rsidRPr="009B6E07" w:rsidRDefault="003F746E" w:rsidP="006A5C2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Diversity in movement vocabulary is encouraged</w:t>
      </w:r>
    </w:p>
    <w:p w:rsidR="003F746E" w:rsidRPr="009B6E07" w:rsidRDefault="003F746E" w:rsidP="006A5C2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Teams are encouraged to show a range of foundation styles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We recommend showing at least 3 foundation styles to support authenticity.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There are no deductions or bonus points for the number of styles shown.</w:t>
      </w: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br/>
        <w:t>Single-style crews are not penalised.</w:t>
      </w: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br/>
        <w:t>Focus should be on quality, not quantity.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Recognised foundation styles include: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Hip Hop | House | Poppin | </w:t>
      </w:r>
      <w:proofErr w:type="spellStart"/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Lockin</w:t>
      </w:r>
      <w:proofErr w:type="spellEnd"/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| </w:t>
      </w:r>
      <w:proofErr w:type="spellStart"/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Krump</w:t>
      </w:r>
      <w:proofErr w:type="spellEnd"/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| Waacking | Voguing | </w:t>
      </w:r>
      <w:proofErr w:type="spellStart"/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Breakin</w:t>
      </w:r>
      <w:proofErr w:type="spellEnd"/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| Dancehall | </w:t>
      </w:r>
      <w:proofErr w:type="spellStart"/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Litefeet</w:t>
      </w:r>
      <w:proofErr w:type="spellEnd"/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| Afro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  <w:t>3. Transitions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Judges assess how effectively your team moves across the floor and shifts between sections.</w:t>
      </w:r>
    </w:p>
    <w:p w:rsidR="003F746E" w:rsidRPr="009B6E07" w:rsidRDefault="003F746E" w:rsidP="006A5C2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Creative use of space and formations</w:t>
      </w:r>
    </w:p>
    <w:p w:rsidR="003F746E" w:rsidRPr="009B6E07" w:rsidRDefault="003F746E" w:rsidP="006A5C2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Clean shapes and formations</w:t>
      </w:r>
    </w:p>
    <w:p w:rsidR="003F746E" w:rsidRPr="009B6E07" w:rsidRDefault="003F746E" w:rsidP="006A5C2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Smooth position changes</w:t>
      </w:r>
    </w:p>
    <w:p w:rsidR="003F746E" w:rsidRPr="009B6E07" w:rsidRDefault="003F746E" w:rsidP="006A5C2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Original transitions and movement flow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  <w:t>4. Musicality &amp; Creativity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This category rewards how your routine connects to the music.</w:t>
      </w:r>
    </w:p>
    <w:p w:rsidR="003F746E" w:rsidRPr="009B6E07" w:rsidRDefault="003F746E" w:rsidP="006A5C2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Interpretation of beats, lyrics, and phrasing</w:t>
      </w:r>
    </w:p>
    <w:p w:rsidR="003F746E" w:rsidRPr="009B6E07" w:rsidRDefault="003F746E" w:rsidP="006A5C2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Originality of choreography and movement</w:t>
      </w:r>
    </w:p>
    <w:p w:rsidR="003F746E" w:rsidRPr="009B6E07" w:rsidRDefault="003F746E" w:rsidP="006A5C2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Creative use of music choice and mix</w:t>
      </w:r>
    </w:p>
    <w:p w:rsidR="003F746E" w:rsidRPr="009B6E07" w:rsidRDefault="003F746E" w:rsidP="006A5C2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Complexity and layering of musical response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  <w:t>5. Performance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Judges consider the energy and stage presence of the team.</w:t>
      </w:r>
    </w:p>
    <w:p w:rsidR="003F746E" w:rsidRPr="009B6E07" w:rsidRDefault="003F746E" w:rsidP="006A5C2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Energy and commitment</w:t>
      </w:r>
    </w:p>
    <w:p w:rsidR="003F746E" w:rsidRPr="009B6E07" w:rsidRDefault="003F746E" w:rsidP="006A5C2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Enthusiasm of every member</w:t>
      </w:r>
    </w:p>
    <w:p w:rsidR="003F746E" w:rsidRPr="009B6E07" w:rsidRDefault="003F746E" w:rsidP="006A5C2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Confidence in performance</w:t>
      </w:r>
    </w:p>
    <w:p w:rsidR="003F746E" w:rsidRPr="009B6E07" w:rsidRDefault="003F746E" w:rsidP="006A5C2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Engagement with judges and audience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  <w:t>Scoring Scale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0–2 = Below Average</w:t>
      </w: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br/>
        <w:t>3–4 = Average</w:t>
      </w: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br/>
        <w:t>5–6 = Good</w:t>
      </w: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br/>
        <w:t>7–8 = Very Good</w:t>
      </w: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br/>
        <w:t>9–10 = Excellent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Scores may include increments of:</w:t>
      </w:r>
    </w:p>
    <w:p w:rsidR="003F746E" w:rsidRPr="009B6E07" w:rsidRDefault="003F746E" w:rsidP="006A5C2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0.25</w:t>
      </w:r>
    </w:p>
    <w:p w:rsidR="003F746E" w:rsidRPr="009B6E07" w:rsidRDefault="003F746E" w:rsidP="006A5C2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0.5</w:t>
      </w:r>
    </w:p>
    <w:p w:rsidR="003F746E" w:rsidRPr="009B6E07" w:rsidRDefault="003F746E" w:rsidP="006A5C2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0.75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  <w:t>Penalties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Points may be deducted for:</w:t>
      </w:r>
    </w:p>
    <w:p w:rsidR="003F746E" w:rsidRPr="009B6E07" w:rsidRDefault="003F746E" w:rsidP="006A5C2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Swearing or inappropriate language in music</w:t>
      </w:r>
    </w:p>
    <w:p w:rsidR="003F746E" w:rsidRPr="009B6E07" w:rsidRDefault="003F746E" w:rsidP="006A5C2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Music exceeding time limit (5-second grace)</w:t>
      </w:r>
    </w:p>
    <w:p w:rsidR="003F746E" w:rsidRPr="009B6E07" w:rsidRDefault="003F746E" w:rsidP="006A5C2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lastRenderedPageBreak/>
        <w:t>Inappropriate movement or costumes</w:t>
      </w:r>
    </w:p>
    <w:p w:rsidR="003F746E" w:rsidRPr="009B6E07" w:rsidRDefault="003F746E" w:rsidP="006A5C2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Teams with more than 25% of dancers above the age category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  <w:t>15. JUDGES MEGACREW CRITERIA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A </w:t>
      </w:r>
      <w:proofErr w:type="spellStart"/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MegaCrew</w:t>
      </w:r>
      <w:proofErr w:type="spellEnd"/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is a large team of 18–40 dancers performing together in one routine.</w:t>
      </w: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  <w:t>Performance Guidelines</w:t>
      </w:r>
    </w:p>
    <w:p w:rsidR="003F746E" w:rsidRPr="009B6E07" w:rsidRDefault="003F746E" w:rsidP="006A5C2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Routine length: up to 4 minutes</w:t>
      </w:r>
    </w:p>
    <w:p w:rsidR="003F746E" w:rsidRPr="009B6E07" w:rsidRDefault="003F746E" w:rsidP="006A5C2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Multiple songs may be used</w:t>
      </w:r>
    </w:p>
    <w:p w:rsidR="003F746E" w:rsidRPr="009B6E07" w:rsidRDefault="003F746E" w:rsidP="006A5C2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At least 75% of the crew must be dancing for a minimum of 2 minutes</w:t>
      </w:r>
    </w:p>
    <w:p w:rsidR="003F746E" w:rsidRPr="009B6E07" w:rsidRDefault="003F746E" w:rsidP="006A5C2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No age or skill divisions</w:t>
      </w:r>
    </w:p>
    <w:p w:rsidR="003F746E" w:rsidRPr="009B6E07" w:rsidRDefault="003F746E" w:rsidP="006A5C2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Tricks are allowed</w:t>
      </w:r>
    </w:p>
    <w:p w:rsidR="003F746E" w:rsidRPr="009B6E07" w:rsidRDefault="003F746E" w:rsidP="006A5C2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Props are permitted if safe and do not interfere with the stage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  <w:t>1. Concept / Story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A theme or storyline is encouraged but not required.</w:t>
      </w: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br/>
        <w:t>Judges reward originality and creativity.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  <w:t>2. Execution of Technique &amp; Choreography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Judges assess:</w:t>
      </w:r>
    </w:p>
    <w:p w:rsidR="003F746E" w:rsidRPr="009B6E07" w:rsidRDefault="003F746E" w:rsidP="006A5C2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Execution</w:t>
      </w:r>
    </w:p>
    <w:p w:rsidR="003F746E" w:rsidRPr="009B6E07" w:rsidRDefault="003F746E" w:rsidP="006A5C2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Authenticity</w:t>
      </w:r>
    </w:p>
    <w:p w:rsidR="003F746E" w:rsidRPr="009B6E07" w:rsidRDefault="003F746E" w:rsidP="006A5C2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Team synchronicity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Diversity in movement vocabulary is encouraged.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Routines should maintain a clear relationship with street dance culture.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Recognised styles include: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Hip Hop | House | Poppin | </w:t>
      </w:r>
      <w:proofErr w:type="spellStart"/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Lockin</w:t>
      </w:r>
      <w:proofErr w:type="spellEnd"/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| </w:t>
      </w:r>
      <w:proofErr w:type="spellStart"/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Krump</w:t>
      </w:r>
      <w:proofErr w:type="spellEnd"/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| Waacking | Voguing | </w:t>
      </w:r>
      <w:proofErr w:type="spellStart"/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Breakin</w:t>
      </w:r>
      <w:proofErr w:type="spellEnd"/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| Dancehall | </w:t>
      </w:r>
      <w:proofErr w:type="spellStart"/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Litefeet</w:t>
      </w:r>
      <w:proofErr w:type="spellEnd"/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| Afro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  <w:lastRenderedPageBreak/>
        <w:t>3. Creativity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Judges look at how effectively the </w:t>
      </w:r>
      <w:proofErr w:type="spellStart"/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MegaCrew</w:t>
      </w:r>
      <w:proofErr w:type="spellEnd"/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 brings the routine to life.</w:t>
      </w:r>
    </w:p>
    <w:p w:rsidR="003F746E" w:rsidRPr="009B6E07" w:rsidRDefault="003F746E" w:rsidP="006A5C2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Use of transitions, formations, and levels</w:t>
      </w:r>
    </w:p>
    <w:p w:rsidR="003F746E" w:rsidRPr="009B6E07" w:rsidRDefault="003F746E" w:rsidP="006A5C2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Musical accents and structure</w:t>
      </w:r>
    </w:p>
    <w:p w:rsidR="003F746E" w:rsidRPr="009B6E07" w:rsidRDefault="003F746E" w:rsidP="006A5C2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Creative use of props</w:t>
      </w:r>
    </w:p>
    <w:p w:rsidR="003F746E" w:rsidRPr="009B6E07" w:rsidRDefault="003F746E" w:rsidP="006A5C2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Appropriate and effective costuming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en-GB"/>
        </w:rPr>
        <w:t>4. Performance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Judges assess:</w:t>
      </w:r>
    </w:p>
    <w:p w:rsidR="003F746E" w:rsidRPr="009B6E07" w:rsidRDefault="003F746E" w:rsidP="006A5C2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Energy across the full crew</w:t>
      </w:r>
    </w:p>
    <w:p w:rsidR="003F746E" w:rsidRPr="009B6E07" w:rsidRDefault="003F746E" w:rsidP="006A5C2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Stage presence</w:t>
      </w:r>
    </w:p>
    <w:p w:rsidR="003F746E" w:rsidRPr="009B6E07" w:rsidRDefault="003F746E" w:rsidP="006A5C2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Consistency throughout</w:t>
      </w:r>
    </w:p>
    <w:p w:rsidR="003F746E" w:rsidRPr="009B6E07" w:rsidRDefault="003F746E" w:rsidP="006A5C2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Synchronisation</w:t>
      </w:r>
    </w:p>
    <w:p w:rsidR="003F746E" w:rsidRPr="009B6E07" w:rsidRDefault="003F746E" w:rsidP="006A5C2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Engagement with audience and judges</w:t>
      </w:r>
    </w:p>
    <w:p w:rsidR="003F746E" w:rsidRPr="009B6E07" w:rsidRDefault="003F746E" w:rsidP="003F74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  <w:t>16. EVENT MANAGEMENT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SOAR reserves the right to:</w:t>
      </w:r>
    </w:p>
    <w:p w:rsidR="003F746E" w:rsidRPr="009B6E07" w:rsidRDefault="003F746E" w:rsidP="006A5C26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Adjust running order</w:t>
      </w:r>
    </w:p>
    <w:p w:rsidR="003F746E" w:rsidRPr="009B6E07" w:rsidRDefault="003F746E" w:rsidP="006A5C26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Combine categories</w:t>
      </w:r>
    </w:p>
    <w:p w:rsidR="003F746E" w:rsidRPr="009B6E07" w:rsidRDefault="003F746E" w:rsidP="006A5C26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Remove unsafe performances</w:t>
      </w:r>
    </w:p>
    <w:p w:rsidR="003F746E" w:rsidRPr="009B6E07" w:rsidRDefault="003F746E" w:rsidP="006A5C26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Enforce all rules and safeguarding policies</w:t>
      </w:r>
    </w:p>
    <w:p w:rsidR="00FC7C5F" w:rsidRPr="009B6E07" w:rsidRDefault="00FC7C5F" w:rsidP="00FC7C5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3F746E" w:rsidRPr="009B6E07" w:rsidRDefault="003F746E" w:rsidP="003F74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</w:pPr>
      <w:r w:rsidRPr="009B6E0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GB" w:eastAsia="en-GB"/>
        </w:rPr>
        <w:t>17. FINAL NOTE</w:t>
      </w:r>
    </w:p>
    <w:p w:rsidR="003F746E" w:rsidRPr="009B6E07" w:rsidRDefault="003F746E" w:rsidP="003F7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SOAR SDC competitions are designed to:</w:t>
      </w:r>
    </w:p>
    <w:p w:rsidR="003F746E" w:rsidRPr="009B6E07" w:rsidRDefault="003F746E" w:rsidP="006A5C26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Support dancer development</w:t>
      </w:r>
    </w:p>
    <w:p w:rsidR="003F746E" w:rsidRPr="009B6E07" w:rsidRDefault="003F746E" w:rsidP="006A5C26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Celebrate street dance culture</w:t>
      </w:r>
    </w:p>
    <w:p w:rsidR="003F746E" w:rsidRPr="009B6E07" w:rsidRDefault="003F746E" w:rsidP="006A5C26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9B6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Provide fair and structured competition opportunities</w:t>
      </w:r>
    </w:p>
    <w:bookmarkEnd w:id="0"/>
    <w:p w:rsidR="00FC7C5F" w:rsidRPr="009B6E07" w:rsidRDefault="00FC7C5F" w:rsidP="00FC7C5F">
      <w:pPr>
        <w:spacing w:after="0" w:line="239" w:lineRule="auto"/>
        <w:rPr>
          <w:color w:val="000000" w:themeColor="text1"/>
        </w:rPr>
      </w:pPr>
      <w:r w:rsidRPr="009B6E07">
        <w:rPr>
          <w:rFonts w:ascii="Calibri" w:eastAsia="Calibri" w:hAnsi="Calibri" w:cs="Calibri"/>
          <w:color w:val="000000" w:themeColor="text1"/>
          <w:sz w:val="52"/>
        </w:rPr>
        <w:lastRenderedPageBreak/>
        <w:t xml:space="preserve">SOAR ADDITIONAL RULES – TRIOS / QUADS &amp; SET ROUTINES </w:t>
      </w:r>
    </w:p>
    <w:p w:rsidR="00FC7C5F" w:rsidRPr="009B6E07" w:rsidRDefault="00FC7C5F" w:rsidP="00FC7C5F">
      <w:pPr>
        <w:spacing w:after="541" w:line="259" w:lineRule="auto"/>
        <w:ind w:left="-29" w:right="-31"/>
        <w:rPr>
          <w:color w:val="000000" w:themeColor="text1"/>
        </w:rPr>
      </w:pPr>
    </w:p>
    <w:p w:rsidR="00FC7C5F" w:rsidRPr="009B6E07" w:rsidRDefault="00FC7C5F" w:rsidP="00FC7C5F">
      <w:pPr>
        <w:pStyle w:val="Heading1"/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TRIOS / QUADS </w:t>
      </w:r>
    </w:p>
    <w:p w:rsidR="00FC7C5F" w:rsidRPr="009B6E07" w:rsidRDefault="00FC7C5F" w:rsidP="00FC7C5F">
      <w:pPr>
        <w:spacing w:after="244"/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SOAR British Championships &amp; World Championships 2027 </w:t>
      </w:r>
    </w:p>
    <w:p w:rsidR="00FC7C5F" w:rsidRPr="009B6E07" w:rsidRDefault="00FC7C5F" w:rsidP="00FC7C5F">
      <w:pPr>
        <w:pStyle w:val="Heading2"/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Age Categories </w:t>
      </w:r>
    </w:p>
    <w:p w:rsidR="00FC7C5F" w:rsidRPr="009B6E07" w:rsidRDefault="00FC7C5F" w:rsidP="00FC7C5F">
      <w:pPr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8 &amp; Under </w:t>
      </w:r>
    </w:p>
    <w:p w:rsidR="00FC7C5F" w:rsidRPr="009B6E07" w:rsidRDefault="00FC7C5F" w:rsidP="00FC7C5F">
      <w:pPr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10 &amp; Under </w:t>
      </w:r>
    </w:p>
    <w:p w:rsidR="00FC7C5F" w:rsidRPr="009B6E07" w:rsidRDefault="00FC7C5F" w:rsidP="00FC7C5F">
      <w:pPr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12 &amp; Under </w:t>
      </w:r>
    </w:p>
    <w:p w:rsidR="00FC7C5F" w:rsidRPr="009B6E07" w:rsidRDefault="00FC7C5F" w:rsidP="00FC7C5F">
      <w:pPr>
        <w:numPr>
          <w:ilvl w:val="0"/>
          <w:numId w:val="49"/>
        </w:numPr>
        <w:spacing w:after="8" w:line="267" w:lineRule="auto"/>
        <w:ind w:hanging="293"/>
        <w:rPr>
          <w:color w:val="000000" w:themeColor="text1"/>
        </w:rPr>
      </w:pPr>
      <w:r w:rsidRPr="009B6E07">
        <w:rPr>
          <w:color w:val="000000" w:themeColor="text1"/>
        </w:rPr>
        <w:t xml:space="preserve">&amp; Under </w:t>
      </w:r>
    </w:p>
    <w:p w:rsidR="00FC7C5F" w:rsidRPr="009B6E07" w:rsidRDefault="00FC7C5F" w:rsidP="00FC7C5F">
      <w:pPr>
        <w:numPr>
          <w:ilvl w:val="0"/>
          <w:numId w:val="49"/>
        </w:numPr>
        <w:spacing w:after="244" w:line="267" w:lineRule="auto"/>
        <w:ind w:hanging="293"/>
        <w:rPr>
          <w:color w:val="000000" w:themeColor="text1"/>
        </w:rPr>
      </w:pPr>
      <w:r w:rsidRPr="009B6E07">
        <w:rPr>
          <w:color w:val="000000" w:themeColor="text1"/>
        </w:rPr>
        <w:t xml:space="preserve">&amp; Over </w:t>
      </w:r>
    </w:p>
    <w:p w:rsidR="00FC7C5F" w:rsidRPr="009B6E07" w:rsidRDefault="00FC7C5F" w:rsidP="00FC7C5F">
      <w:pPr>
        <w:pStyle w:val="Heading2"/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Ability Levels </w:t>
      </w:r>
    </w:p>
    <w:p w:rsidR="00FC7C5F" w:rsidRPr="009B6E07" w:rsidRDefault="00FC7C5F" w:rsidP="00FC7C5F">
      <w:pPr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Newcomer / Novice (combined) </w:t>
      </w:r>
    </w:p>
    <w:p w:rsidR="00FC7C5F" w:rsidRPr="009B6E07" w:rsidRDefault="00FC7C5F" w:rsidP="00FC7C5F">
      <w:pPr>
        <w:spacing w:after="244"/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Intermediate / Advanced (combined) </w:t>
      </w:r>
    </w:p>
    <w:p w:rsidR="00FC7C5F" w:rsidRPr="009B6E07" w:rsidRDefault="00FC7C5F" w:rsidP="00FC7C5F">
      <w:pPr>
        <w:spacing w:after="0" w:line="259" w:lineRule="auto"/>
        <w:ind w:left="-5"/>
        <w:rPr>
          <w:color w:val="000000" w:themeColor="text1"/>
        </w:rPr>
      </w:pPr>
      <w:r w:rsidRPr="009B6E07">
        <w:rPr>
          <w:rFonts w:ascii="Calibri" w:eastAsia="Calibri" w:hAnsi="Calibri" w:cs="Calibri"/>
          <w:b/>
          <w:color w:val="000000" w:themeColor="text1"/>
          <w:sz w:val="26"/>
        </w:rPr>
        <w:t xml:space="preserve">Age Flexibility </w:t>
      </w:r>
    </w:p>
    <w:p w:rsidR="00FC7C5F" w:rsidRPr="009B6E07" w:rsidRDefault="00FC7C5F" w:rsidP="00FC7C5F">
      <w:pPr>
        <w:spacing w:after="244"/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Quads are permitted to have one dancer outside of the age category (either above or below). </w:t>
      </w:r>
    </w:p>
    <w:p w:rsidR="00FC7C5F" w:rsidRPr="009B6E07" w:rsidRDefault="00FC7C5F" w:rsidP="00FC7C5F">
      <w:pPr>
        <w:pStyle w:val="Heading2"/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Music </w:t>
      </w:r>
    </w:p>
    <w:p w:rsidR="00FC7C5F" w:rsidRPr="009B6E07" w:rsidRDefault="00FC7C5F" w:rsidP="00FC7C5F">
      <w:pPr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Music will be selected by SOAR. </w:t>
      </w:r>
    </w:p>
    <w:p w:rsidR="00FC7C5F" w:rsidRPr="009B6E07" w:rsidRDefault="00FC7C5F" w:rsidP="00FC7C5F">
      <w:pPr>
        <w:spacing w:after="244"/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Music will be released 3 months prior to the event. </w:t>
      </w:r>
    </w:p>
    <w:p w:rsidR="00FC7C5F" w:rsidRPr="009B6E07" w:rsidRDefault="00FC7C5F" w:rsidP="00FC7C5F">
      <w:pPr>
        <w:pStyle w:val="Heading2"/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Additional Notes </w:t>
      </w:r>
    </w:p>
    <w:p w:rsidR="00FC7C5F" w:rsidRPr="009B6E07" w:rsidRDefault="00FC7C5F" w:rsidP="00FC7C5F">
      <w:pPr>
        <w:spacing w:after="540"/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All dancers must compete in the correct age category (subject to quad flexibility rule). SOAR reserves the right to combine categories where necessary. </w:t>
      </w:r>
    </w:p>
    <w:p w:rsidR="00FC7C5F" w:rsidRPr="009B6E07" w:rsidRDefault="00FC7C5F" w:rsidP="00FC7C5F">
      <w:pPr>
        <w:pStyle w:val="Heading1"/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SET ROUTINES </w:t>
      </w:r>
    </w:p>
    <w:p w:rsidR="00FC7C5F" w:rsidRPr="009B6E07" w:rsidRDefault="00FC7C5F" w:rsidP="00FC7C5F">
      <w:pPr>
        <w:spacing w:after="244"/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SOAR British Championships &amp; Selected SDC Regional Events </w:t>
      </w:r>
    </w:p>
    <w:p w:rsidR="00FC7C5F" w:rsidRPr="009B6E07" w:rsidRDefault="00FC7C5F" w:rsidP="00FC7C5F">
      <w:pPr>
        <w:pStyle w:val="Heading2"/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Age Categories </w:t>
      </w:r>
    </w:p>
    <w:p w:rsidR="00FC7C5F" w:rsidRPr="009B6E07" w:rsidRDefault="00FC7C5F" w:rsidP="00FC7C5F">
      <w:pPr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8 &amp; Under </w:t>
      </w:r>
    </w:p>
    <w:p w:rsidR="00FC7C5F" w:rsidRPr="009B6E07" w:rsidRDefault="00FC7C5F" w:rsidP="00FC7C5F">
      <w:pPr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12 &amp; Under </w:t>
      </w:r>
    </w:p>
    <w:p w:rsidR="00FC7C5F" w:rsidRPr="009B6E07" w:rsidRDefault="00FC7C5F" w:rsidP="00FC7C5F">
      <w:pPr>
        <w:numPr>
          <w:ilvl w:val="0"/>
          <w:numId w:val="50"/>
        </w:numPr>
        <w:spacing w:after="8" w:line="267" w:lineRule="auto"/>
        <w:ind w:hanging="293"/>
        <w:rPr>
          <w:color w:val="000000" w:themeColor="text1"/>
        </w:rPr>
      </w:pPr>
      <w:r w:rsidRPr="009B6E07">
        <w:rPr>
          <w:color w:val="000000" w:themeColor="text1"/>
        </w:rPr>
        <w:lastRenderedPageBreak/>
        <w:t xml:space="preserve">&amp; Under </w:t>
      </w:r>
    </w:p>
    <w:p w:rsidR="00FC7C5F" w:rsidRPr="009B6E07" w:rsidRDefault="00FC7C5F" w:rsidP="00FC7C5F">
      <w:pPr>
        <w:numPr>
          <w:ilvl w:val="0"/>
          <w:numId w:val="50"/>
        </w:numPr>
        <w:spacing w:after="8" w:line="267" w:lineRule="auto"/>
        <w:ind w:hanging="293"/>
        <w:rPr>
          <w:color w:val="000000" w:themeColor="text1"/>
        </w:rPr>
      </w:pPr>
      <w:r w:rsidRPr="009B6E07">
        <w:rPr>
          <w:color w:val="000000" w:themeColor="text1"/>
        </w:rPr>
        <w:t xml:space="preserve">&amp; Over </w:t>
      </w:r>
    </w:p>
    <w:p w:rsidR="00FC7C5F" w:rsidRPr="009B6E07" w:rsidRDefault="00FC7C5F" w:rsidP="00FC7C5F">
      <w:pPr>
        <w:pStyle w:val="Heading2"/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Ability Levels </w:t>
      </w:r>
    </w:p>
    <w:p w:rsidR="00FC7C5F" w:rsidRPr="009B6E07" w:rsidRDefault="00FC7C5F" w:rsidP="00FC7C5F">
      <w:pPr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Newcomer / Novice (combined) </w:t>
      </w:r>
    </w:p>
    <w:p w:rsidR="00FC7C5F" w:rsidRPr="009B6E07" w:rsidRDefault="00FC7C5F" w:rsidP="00FC7C5F">
      <w:pPr>
        <w:spacing w:after="244"/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Intermediate / Advanced (combined) </w:t>
      </w:r>
    </w:p>
    <w:p w:rsidR="00FC7C5F" w:rsidRPr="009B6E07" w:rsidRDefault="00FC7C5F" w:rsidP="00FC7C5F">
      <w:pPr>
        <w:pStyle w:val="Heading2"/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Styles </w:t>
      </w:r>
    </w:p>
    <w:p w:rsidR="00FC7C5F" w:rsidRPr="009B6E07" w:rsidRDefault="00FC7C5F" w:rsidP="00FC7C5F">
      <w:pPr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Hip Hop </w:t>
      </w:r>
    </w:p>
    <w:p w:rsidR="00FC7C5F" w:rsidRPr="009B6E07" w:rsidRDefault="00FC7C5F" w:rsidP="00FC7C5F">
      <w:pPr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House </w:t>
      </w:r>
    </w:p>
    <w:p w:rsidR="00FC7C5F" w:rsidRPr="009B6E07" w:rsidRDefault="00FC7C5F" w:rsidP="00FC7C5F">
      <w:pPr>
        <w:spacing w:after="14" w:line="259" w:lineRule="auto"/>
        <w:rPr>
          <w:color w:val="000000" w:themeColor="text1"/>
        </w:rPr>
      </w:pPr>
      <w:r w:rsidRPr="009B6E07">
        <w:rPr>
          <w:color w:val="000000" w:themeColor="text1"/>
        </w:rPr>
        <w:t xml:space="preserve"> </w:t>
      </w:r>
    </w:p>
    <w:p w:rsidR="00FC7C5F" w:rsidRPr="009B6E07" w:rsidRDefault="00FC7C5F" w:rsidP="00FC7C5F">
      <w:pPr>
        <w:spacing w:after="244"/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Competitors may compete in both styles. </w:t>
      </w:r>
    </w:p>
    <w:p w:rsidR="00FC7C5F" w:rsidRPr="009B6E07" w:rsidRDefault="00FC7C5F" w:rsidP="00FC7C5F">
      <w:pPr>
        <w:spacing w:after="0" w:line="259" w:lineRule="auto"/>
        <w:ind w:left="-5"/>
        <w:rPr>
          <w:color w:val="000000" w:themeColor="text1"/>
        </w:rPr>
      </w:pPr>
      <w:r w:rsidRPr="009B6E07">
        <w:rPr>
          <w:rFonts w:ascii="Calibri" w:eastAsia="Calibri" w:hAnsi="Calibri" w:cs="Calibri"/>
          <w:b/>
          <w:color w:val="000000" w:themeColor="text1"/>
          <w:sz w:val="26"/>
        </w:rPr>
        <w:t xml:space="preserve">Music </w:t>
      </w:r>
    </w:p>
    <w:p w:rsidR="00FC7C5F" w:rsidRPr="009B6E07" w:rsidRDefault="00FC7C5F" w:rsidP="00FC7C5F">
      <w:pPr>
        <w:spacing w:after="245"/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Music will be selected by SOAR. </w:t>
      </w:r>
    </w:p>
    <w:p w:rsidR="00FC7C5F" w:rsidRPr="009B6E07" w:rsidRDefault="00FC7C5F" w:rsidP="00FC7C5F">
      <w:pPr>
        <w:pStyle w:val="Heading2"/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Set Routine Distribution </w:t>
      </w:r>
    </w:p>
    <w:p w:rsidR="00FC7C5F" w:rsidRPr="009B6E07" w:rsidRDefault="00FC7C5F" w:rsidP="00FC7C5F">
      <w:pPr>
        <w:spacing w:after="242"/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Set routines will be released 3 months prior to the event and will be sent to registered dance schools once deposits have been paid. </w:t>
      </w:r>
    </w:p>
    <w:p w:rsidR="00FC7C5F" w:rsidRPr="009B6E07" w:rsidRDefault="00FC7C5F" w:rsidP="00FC7C5F">
      <w:pPr>
        <w:pStyle w:val="Heading2"/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Additional Notes </w:t>
      </w:r>
    </w:p>
    <w:p w:rsidR="00FC7C5F" w:rsidRPr="009B6E07" w:rsidRDefault="00FC7C5F" w:rsidP="00FC7C5F">
      <w:pPr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Set routines are pre-set by SOAR and must be performed as provided. </w:t>
      </w:r>
    </w:p>
    <w:p w:rsidR="00FC7C5F" w:rsidRPr="009B6E07" w:rsidRDefault="00FC7C5F" w:rsidP="00FC7C5F">
      <w:pPr>
        <w:ind w:left="-5"/>
        <w:rPr>
          <w:color w:val="000000" w:themeColor="text1"/>
        </w:rPr>
      </w:pPr>
      <w:r w:rsidRPr="009B6E07">
        <w:rPr>
          <w:color w:val="000000" w:themeColor="text1"/>
        </w:rPr>
        <w:t xml:space="preserve">Judges will assess accuracy, timing, performance and execution. </w:t>
      </w:r>
    </w:p>
    <w:p w:rsidR="00FC7C5F" w:rsidRPr="009B6E07" w:rsidRDefault="00FC7C5F" w:rsidP="00FC7C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EE21A8" w:rsidRPr="009B6E07" w:rsidRDefault="00EE21A8">
      <w:pPr>
        <w:rPr>
          <w:color w:val="000000" w:themeColor="text1"/>
        </w:rPr>
      </w:pPr>
    </w:p>
    <w:sectPr w:rsidR="00EE21A8" w:rsidRPr="009B6E0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6E23622"/>
    <w:multiLevelType w:val="multilevel"/>
    <w:tmpl w:val="C918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492B33"/>
    <w:multiLevelType w:val="multilevel"/>
    <w:tmpl w:val="1A94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DC78AE"/>
    <w:multiLevelType w:val="multilevel"/>
    <w:tmpl w:val="E236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C75EA3"/>
    <w:multiLevelType w:val="multilevel"/>
    <w:tmpl w:val="AAEA5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6C5CB3"/>
    <w:multiLevelType w:val="multilevel"/>
    <w:tmpl w:val="FBB2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0A0255"/>
    <w:multiLevelType w:val="multilevel"/>
    <w:tmpl w:val="2C90E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DE4B0E"/>
    <w:multiLevelType w:val="multilevel"/>
    <w:tmpl w:val="5B68F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AE76A4"/>
    <w:multiLevelType w:val="multilevel"/>
    <w:tmpl w:val="A066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F73D20"/>
    <w:multiLevelType w:val="multilevel"/>
    <w:tmpl w:val="52E4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A62B2F"/>
    <w:multiLevelType w:val="multilevel"/>
    <w:tmpl w:val="DB222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657B25"/>
    <w:multiLevelType w:val="multilevel"/>
    <w:tmpl w:val="0876E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CF49F0"/>
    <w:multiLevelType w:val="multilevel"/>
    <w:tmpl w:val="996C3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0F3526"/>
    <w:multiLevelType w:val="multilevel"/>
    <w:tmpl w:val="3F6CA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3A224D"/>
    <w:multiLevelType w:val="multilevel"/>
    <w:tmpl w:val="36BA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467DC3"/>
    <w:multiLevelType w:val="multilevel"/>
    <w:tmpl w:val="C946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E72014"/>
    <w:multiLevelType w:val="multilevel"/>
    <w:tmpl w:val="AEE6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305AA6"/>
    <w:multiLevelType w:val="multilevel"/>
    <w:tmpl w:val="C384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6D0694"/>
    <w:multiLevelType w:val="multilevel"/>
    <w:tmpl w:val="30024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631C33"/>
    <w:multiLevelType w:val="multilevel"/>
    <w:tmpl w:val="E96A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0A5A11"/>
    <w:multiLevelType w:val="multilevel"/>
    <w:tmpl w:val="144A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30719D"/>
    <w:multiLevelType w:val="hybridMultilevel"/>
    <w:tmpl w:val="DD4C5816"/>
    <w:lvl w:ilvl="0" w:tplc="9CBC7FF2">
      <w:start w:val="14"/>
      <w:numFmt w:val="decimal"/>
      <w:lvlText w:val="%1"/>
      <w:lvlJc w:val="left"/>
      <w:pPr>
        <w:ind w:left="29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BAB23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66432A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66A9C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6486D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081400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2816F2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9220A2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70EDD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4F82707"/>
    <w:multiLevelType w:val="multilevel"/>
    <w:tmpl w:val="CA081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F33C60"/>
    <w:multiLevelType w:val="multilevel"/>
    <w:tmpl w:val="F076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3453DD"/>
    <w:multiLevelType w:val="multilevel"/>
    <w:tmpl w:val="F3B87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1D70AA"/>
    <w:multiLevelType w:val="multilevel"/>
    <w:tmpl w:val="E9A0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65235B"/>
    <w:multiLevelType w:val="multilevel"/>
    <w:tmpl w:val="318EA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3E1C1A"/>
    <w:multiLevelType w:val="multilevel"/>
    <w:tmpl w:val="7C44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6F4A3D"/>
    <w:multiLevelType w:val="hybridMultilevel"/>
    <w:tmpl w:val="8C181DA0"/>
    <w:lvl w:ilvl="0" w:tplc="E112EFB0">
      <w:start w:val="14"/>
      <w:numFmt w:val="decimal"/>
      <w:lvlText w:val="%1"/>
      <w:lvlJc w:val="left"/>
      <w:pPr>
        <w:ind w:left="29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FA7892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F0CF96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0FFD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6AC49E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90EF18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C84F56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38BF9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C8E32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A897ADD"/>
    <w:multiLevelType w:val="multilevel"/>
    <w:tmpl w:val="9140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390E9D"/>
    <w:multiLevelType w:val="multilevel"/>
    <w:tmpl w:val="AAFE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657D78"/>
    <w:multiLevelType w:val="multilevel"/>
    <w:tmpl w:val="7FD0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3D6368"/>
    <w:multiLevelType w:val="multilevel"/>
    <w:tmpl w:val="914A4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B32043"/>
    <w:multiLevelType w:val="multilevel"/>
    <w:tmpl w:val="C1F6A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2C4310"/>
    <w:multiLevelType w:val="multilevel"/>
    <w:tmpl w:val="F554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CE6327"/>
    <w:multiLevelType w:val="multilevel"/>
    <w:tmpl w:val="5AE2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B45C28"/>
    <w:multiLevelType w:val="multilevel"/>
    <w:tmpl w:val="518C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B06C53"/>
    <w:multiLevelType w:val="multilevel"/>
    <w:tmpl w:val="15D27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243C42"/>
    <w:multiLevelType w:val="multilevel"/>
    <w:tmpl w:val="E750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9340BB"/>
    <w:multiLevelType w:val="multilevel"/>
    <w:tmpl w:val="F2E8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9A60F0"/>
    <w:multiLevelType w:val="multilevel"/>
    <w:tmpl w:val="400A4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255E41"/>
    <w:multiLevelType w:val="multilevel"/>
    <w:tmpl w:val="46160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E3722C"/>
    <w:multiLevelType w:val="multilevel"/>
    <w:tmpl w:val="B2DE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D10950"/>
    <w:multiLevelType w:val="multilevel"/>
    <w:tmpl w:val="09401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B46B0E"/>
    <w:multiLevelType w:val="multilevel"/>
    <w:tmpl w:val="8292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40"/>
  </w:num>
  <w:num w:numId="9">
    <w:abstractNumId w:val="8"/>
  </w:num>
  <w:num w:numId="10">
    <w:abstractNumId w:val="46"/>
  </w:num>
  <w:num w:numId="11">
    <w:abstractNumId w:val="44"/>
  </w:num>
  <w:num w:numId="12">
    <w:abstractNumId w:val="16"/>
  </w:num>
  <w:num w:numId="13">
    <w:abstractNumId w:val="49"/>
  </w:num>
  <w:num w:numId="14">
    <w:abstractNumId w:val="32"/>
  </w:num>
  <w:num w:numId="15">
    <w:abstractNumId w:val="29"/>
  </w:num>
  <w:num w:numId="16">
    <w:abstractNumId w:val="12"/>
  </w:num>
  <w:num w:numId="17">
    <w:abstractNumId w:val="22"/>
  </w:num>
  <w:num w:numId="18">
    <w:abstractNumId w:val="15"/>
  </w:num>
  <w:num w:numId="19">
    <w:abstractNumId w:val="28"/>
  </w:num>
  <w:num w:numId="20">
    <w:abstractNumId w:val="18"/>
  </w:num>
  <w:num w:numId="21">
    <w:abstractNumId w:val="23"/>
  </w:num>
  <w:num w:numId="22">
    <w:abstractNumId w:val="30"/>
  </w:num>
  <w:num w:numId="23">
    <w:abstractNumId w:val="10"/>
  </w:num>
  <w:num w:numId="24">
    <w:abstractNumId w:val="36"/>
  </w:num>
  <w:num w:numId="25">
    <w:abstractNumId w:val="43"/>
  </w:num>
  <w:num w:numId="26">
    <w:abstractNumId w:val="34"/>
  </w:num>
  <w:num w:numId="27">
    <w:abstractNumId w:val="47"/>
  </w:num>
  <w:num w:numId="28">
    <w:abstractNumId w:val="41"/>
  </w:num>
  <w:num w:numId="29">
    <w:abstractNumId w:val="27"/>
  </w:num>
  <w:num w:numId="30">
    <w:abstractNumId w:val="42"/>
  </w:num>
  <w:num w:numId="31">
    <w:abstractNumId w:val="38"/>
  </w:num>
  <w:num w:numId="32">
    <w:abstractNumId w:val="21"/>
  </w:num>
  <w:num w:numId="33">
    <w:abstractNumId w:val="24"/>
  </w:num>
  <w:num w:numId="34">
    <w:abstractNumId w:val="13"/>
  </w:num>
  <w:num w:numId="35">
    <w:abstractNumId w:val="20"/>
  </w:num>
  <w:num w:numId="36">
    <w:abstractNumId w:val="9"/>
  </w:num>
  <w:num w:numId="37">
    <w:abstractNumId w:val="37"/>
  </w:num>
  <w:num w:numId="38">
    <w:abstractNumId w:val="48"/>
  </w:num>
  <w:num w:numId="39">
    <w:abstractNumId w:val="19"/>
  </w:num>
  <w:num w:numId="40">
    <w:abstractNumId w:val="39"/>
  </w:num>
  <w:num w:numId="41">
    <w:abstractNumId w:val="17"/>
  </w:num>
  <w:num w:numId="42">
    <w:abstractNumId w:val="25"/>
  </w:num>
  <w:num w:numId="43">
    <w:abstractNumId w:val="14"/>
  </w:num>
  <w:num w:numId="44">
    <w:abstractNumId w:val="45"/>
  </w:num>
  <w:num w:numId="45">
    <w:abstractNumId w:val="6"/>
  </w:num>
  <w:num w:numId="46">
    <w:abstractNumId w:val="31"/>
  </w:num>
  <w:num w:numId="47">
    <w:abstractNumId w:val="35"/>
  </w:num>
  <w:num w:numId="48">
    <w:abstractNumId w:val="11"/>
  </w:num>
  <w:num w:numId="49">
    <w:abstractNumId w:val="26"/>
  </w:num>
  <w:num w:numId="50">
    <w:abstractNumId w:val="3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5030"/>
    <w:rsid w:val="0015074B"/>
    <w:rsid w:val="0029639D"/>
    <w:rsid w:val="00326F90"/>
    <w:rsid w:val="003F746E"/>
    <w:rsid w:val="006A5C26"/>
    <w:rsid w:val="009B6E07"/>
    <w:rsid w:val="00AA1D8D"/>
    <w:rsid w:val="00B47730"/>
    <w:rsid w:val="00C95901"/>
    <w:rsid w:val="00CB0664"/>
    <w:rsid w:val="00EE21A8"/>
    <w:rsid w:val="00FC693F"/>
    <w:rsid w:val="00FC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1B4E80E4-F468-4433-AF51-EAC744E8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9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5870EF-EB0F-4510-A386-AE4028F62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Laura</cp:lastModifiedBy>
  <cp:revision>2</cp:revision>
  <dcterms:created xsi:type="dcterms:W3CDTF">2026-05-18T09:31:00Z</dcterms:created>
  <dcterms:modified xsi:type="dcterms:W3CDTF">2026-05-18T09:31:00Z</dcterms:modified>
  <cp:category/>
</cp:coreProperties>
</file>