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9D38A1" w14:textId="7AA7A2F5" w:rsidR="003F746E" w:rsidRPr="00E944B4" w:rsidRDefault="005F3606" w:rsidP="003F746E">
      <w:pPr>
        <w:spacing w:before="100" w:beforeAutospacing="1" w:after="100" w:afterAutospacing="1" w:line="240" w:lineRule="auto"/>
        <w:outlineLvl w:val="0"/>
        <w:rPr>
          <w:rFonts w:asciiTheme="majorHAnsi" w:eastAsia="Times New Roman" w:hAnsiTheme="majorHAnsi" w:cstheme="majorHAnsi"/>
          <w:b/>
          <w:bCs/>
          <w:color w:val="000000" w:themeColor="text1"/>
          <w:kern w:val="36"/>
          <w:sz w:val="40"/>
          <w:szCs w:val="40"/>
          <w:lang w:val="en-GB" w:eastAsia="en-GB"/>
        </w:rPr>
      </w:pPr>
      <w:bookmarkStart w:id="0" w:name="_Hlk227256336"/>
      <w:r>
        <w:rPr>
          <w:rFonts w:asciiTheme="majorHAnsi" w:eastAsia="Times New Roman" w:hAnsiTheme="majorHAnsi" w:cstheme="majorHAnsi"/>
          <w:b/>
          <w:bCs/>
          <w:color w:val="000000" w:themeColor="text1"/>
          <w:kern w:val="36"/>
          <w:sz w:val="40"/>
          <w:szCs w:val="40"/>
          <w:lang w:val="en-GB" w:eastAsia="en-GB"/>
        </w:rPr>
        <w:t>LIM</w:t>
      </w:r>
      <w:r w:rsidR="00DE5E59">
        <w:rPr>
          <w:rFonts w:asciiTheme="majorHAnsi" w:eastAsia="Times New Roman" w:hAnsiTheme="majorHAnsi" w:cstheme="majorHAnsi"/>
          <w:b/>
          <w:bCs/>
          <w:color w:val="000000" w:themeColor="text1"/>
          <w:kern w:val="36"/>
          <w:sz w:val="40"/>
          <w:szCs w:val="40"/>
          <w:lang w:val="en-GB" w:eastAsia="en-GB"/>
        </w:rPr>
        <w:t>ITLESS CHAM</w:t>
      </w:r>
      <w:r w:rsidR="009561B3">
        <w:rPr>
          <w:rFonts w:asciiTheme="majorHAnsi" w:eastAsia="Times New Roman" w:hAnsiTheme="majorHAnsi" w:cstheme="majorHAnsi"/>
          <w:b/>
          <w:bCs/>
          <w:color w:val="000000" w:themeColor="text1"/>
          <w:kern w:val="36"/>
          <w:sz w:val="40"/>
          <w:szCs w:val="40"/>
          <w:lang w:val="en-GB" w:eastAsia="en-GB"/>
        </w:rPr>
        <w:t>PIONSH</w:t>
      </w:r>
      <w:r w:rsidR="000D0C14">
        <w:rPr>
          <w:rFonts w:asciiTheme="majorHAnsi" w:eastAsia="Times New Roman" w:hAnsiTheme="majorHAnsi" w:cstheme="majorHAnsi"/>
          <w:b/>
          <w:bCs/>
          <w:color w:val="000000" w:themeColor="text1"/>
          <w:kern w:val="36"/>
          <w:sz w:val="40"/>
          <w:szCs w:val="40"/>
          <w:lang w:val="en-GB" w:eastAsia="en-GB"/>
        </w:rPr>
        <w:t>IPS</w:t>
      </w:r>
      <w:r w:rsidR="00350F57">
        <w:rPr>
          <w:rFonts w:asciiTheme="majorHAnsi" w:eastAsia="Times New Roman" w:hAnsiTheme="majorHAnsi" w:cstheme="majorHAnsi"/>
          <w:b/>
          <w:bCs/>
          <w:color w:val="000000" w:themeColor="text1"/>
          <w:kern w:val="36"/>
          <w:sz w:val="40"/>
          <w:szCs w:val="40"/>
          <w:lang w:val="en-GB" w:eastAsia="en-GB"/>
        </w:rPr>
        <w:t xml:space="preserve"> BY</w:t>
      </w:r>
      <w:r w:rsidR="00964E00">
        <w:rPr>
          <w:rFonts w:asciiTheme="majorHAnsi" w:eastAsia="Times New Roman" w:hAnsiTheme="majorHAnsi" w:cstheme="majorHAnsi"/>
          <w:b/>
          <w:bCs/>
          <w:color w:val="000000" w:themeColor="text1"/>
          <w:kern w:val="36"/>
          <w:sz w:val="40"/>
          <w:szCs w:val="40"/>
          <w:lang w:val="en-GB" w:eastAsia="en-GB"/>
        </w:rPr>
        <w:t xml:space="preserve"> SOAR -</w:t>
      </w:r>
      <w:r w:rsidR="000D0C14">
        <w:rPr>
          <w:rFonts w:asciiTheme="majorHAnsi" w:eastAsia="Times New Roman" w:hAnsiTheme="majorHAnsi" w:cstheme="majorHAnsi"/>
          <w:b/>
          <w:bCs/>
          <w:color w:val="000000" w:themeColor="text1"/>
          <w:kern w:val="36"/>
          <w:sz w:val="40"/>
          <w:szCs w:val="40"/>
          <w:lang w:val="en-GB" w:eastAsia="en-GB"/>
        </w:rPr>
        <w:t xml:space="preserve"> RULES</w:t>
      </w:r>
    </w:p>
    <w:p w14:paraId="5A92606A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n-GB" w:eastAsia="en-GB"/>
        </w:rPr>
        <w:t>September 2026 – July 2027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br/>
      </w: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n-GB" w:eastAsia="en-GB"/>
        </w:rPr>
        <w:t>Version 1 Official</w:t>
      </w:r>
    </w:p>
    <w:p w14:paraId="3C8999F3" w14:textId="77777777" w:rsidR="003F746E" w:rsidRPr="00E944B4" w:rsidRDefault="003F746E" w:rsidP="003F746E">
      <w:pPr>
        <w:spacing w:after="0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</w:p>
    <w:p w14:paraId="05E3D825" w14:textId="5099CAFC" w:rsidR="003F746E" w:rsidRPr="00E944B4" w:rsidRDefault="003F746E" w:rsidP="003F746E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 xml:space="preserve">1. PURPOSE OF </w:t>
      </w:r>
      <w:r w:rsidR="00C33E2A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 xml:space="preserve">LIMITLESS </w:t>
      </w:r>
      <w:r w:rsidR="00C174CD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>CHAMPIONSHIPS</w:t>
      </w:r>
    </w:p>
    <w:p w14:paraId="10E7C741" w14:textId="346F0F78" w:rsidR="003F746E" w:rsidRPr="00E944B4" w:rsidRDefault="0081164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LIMIT</w:t>
      </w:r>
      <w:r w:rsidR="00B810C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LESS</w:t>
      </w:r>
      <w:r w:rsidR="003F746E"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competitions are designed to provide a:</w:t>
      </w:r>
    </w:p>
    <w:p w14:paraId="26D3CADA" w14:textId="77777777" w:rsidR="003F746E" w:rsidRPr="00E944B4" w:rsidRDefault="003F746E" w:rsidP="006A5C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Safe</w:t>
      </w:r>
    </w:p>
    <w:p w14:paraId="2619D68D" w14:textId="77777777" w:rsidR="003F746E" w:rsidRPr="00E944B4" w:rsidRDefault="003F746E" w:rsidP="006A5C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Inclusive</w:t>
      </w:r>
    </w:p>
    <w:p w14:paraId="4848B265" w14:textId="77777777" w:rsidR="003F746E" w:rsidRPr="00E944B4" w:rsidRDefault="003F746E" w:rsidP="006A5C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Fair</w:t>
      </w:r>
    </w:p>
    <w:p w14:paraId="27F097FF" w14:textId="77777777" w:rsidR="003F746E" w:rsidRPr="00E944B4" w:rsidRDefault="003F746E" w:rsidP="006A5C2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High-standard</w:t>
      </w:r>
    </w:p>
    <w:p w14:paraId="5403DA2B" w14:textId="6A7CEB3E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environment for </w:t>
      </w:r>
      <w:r w:rsidR="005C114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lyrical</w:t>
      </w:r>
      <w:r w:rsidR="00831867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, </w:t>
      </w:r>
      <w:r w:rsidR="000254F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jazz and commer</w:t>
      </w:r>
      <w:r w:rsidR="0049599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cial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dancers to develop, compete, and progress.</w:t>
      </w:r>
    </w:p>
    <w:p w14:paraId="32D576DE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Our structure supports:</w:t>
      </w:r>
    </w:p>
    <w:p w14:paraId="423DF4EB" w14:textId="77777777" w:rsidR="003F746E" w:rsidRPr="00E944B4" w:rsidRDefault="003F746E" w:rsidP="006A5C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Clear progression pathways</w:t>
      </w:r>
    </w:p>
    <w:p w14:paraId="5DE9C624" w14:textId="77777777" w:rsidR="003F746E" w:rsidRPr="00E944B4" w:rsidRDefault="003F746E" w:rsidP="006A5C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Consistency across all events</w:t>
      </w:r>
    </w:p>
    <w:p w14:paraId="6C634D0F" w14:textId="77777777" w:rsidR="003F746E" w:rsidRPr="00E944B4" w:rsidRDefault="003F746E" w:rsidP="006A5C2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Positive competition experiences</w:t>
      </w:r>
    </w:p>
    <w:p w14:paraId="38902D90" w14:textId="77777777" w:rsidR="003F746E" w:rsidRPr="00E944B4" w:rsidRDefault="003F746E" w:rsidP="003F746E">
      <w:pPr>
        <w:spacing w:after="0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</w:p>
    <w:p w14:paraId="0E30C38F" w14:textId="77777777" w:rsidR="003F746E" w:rsidRPr="00E944B4" w:rsidRDefault="003F746E" w:rsidP="003F746E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>2. AGE CATEGORIES</w:t>
      </w:r>
    </w:p>
    <w:p w14:paraId="7FCAFB0B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The following age categories apply across all sections:</w:t>
      </w:r>
    </w:p>
    <w:p w14:paraId="2F50D84E" w14:textId="7440327B" w:rsidR="003F746E" w:rsidRDefault="00495991" w:rsidP="006A5C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8</w:t>
      </w:r>
      <w:r w:rsidR="00C30152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&amp; Under</w:t>
      </w:r>
    </w:p>
    <w:p w14:paraId="17D7BE4E" w14:textId="215FC4DF" w:rsidR="00C30152" w:rsidRDefault="004944F8" w:rsidP="006A5C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12 &amp; Under</w:t>
      </w:r>
    </w:p>
    <w:p w14:paraId="795B7E82" w14:textId="694C4625" w:rsidR="004944F8" w:rsidRDefault="008C4F45" w:rsidP="006A5C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15 &amp; Under</w:t>
      </w:r>
    </w:p>
    <w:p w14:paraId="65A25CCE" w14:textId="7146BCE0" w:rsidR="008C4F45" w:rsidRPr="00E944B4" w:rsidRDefault="008A232C" w:rsidP="006A5C2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16 </w:t>
      </w:r>
      <w:r w:rsidR="00D0074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&amp; Over</w:t>
      </w:r>
    </w:p>
    <w:p w14:paraId="4B86F7D6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Ages are based on the dancer’s age on the day of competition.</w:t>
      </w:r>
    </w:p>
    <w:p w14:paraId="13DE9BDF" w14:textId="77777777" w:rsidR="003F746E" w:rsidRPr="00E944B4" w:rsidRDefault="003F746E" w:rsidP="003F746E">
      <w:pPr>
        <w:spacing w:after="0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</w:p>
    <w:p w14:paraId="1E4A3DB4" w14:textId="77777777" w:rsidR="0001444B" w:rsidRDefault="0001444B" w:rsidP="003F746E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</w:p>
    <w:p w14:paraId="5E0E664B" w14:textId="0ACE100B" w:rsidR="003F746E" w:rsidRPr="00E944B4" w:rsidRDefault="003F746E" w:rsidP="003F746E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lastRenderedPageBreak/>
        <w:t>3. ABILITY LEVELS</w:t>
      </w:r>
    </w:p>
    <w:p w14:paraId="6977327F" w14:textId="7A9D979B" w:rsidR="003F746E" w:rsidRPr="00E944B4" w:rsidRDefault="00D00748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LIMI</w:t>
      </w:r>
      <w:r w:rsidR="00366775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TLESS</w:t>
      </w:r>
      <w:r w:rsidR="003F746E"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uses </w:t>
      </w:r>
      <w:r w:rsidR="0001444B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three</w:t>
      </w:r>
      <w:r w:rsidR="003F746E"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ability levels:</w:t>
      </w:r>
    </w:p>
    <w:p w14:paraId="1CD91784" w14:textId="77777777" w:rsidR="003F746E" w:rsidRPr="00E944B4" w:rsidRDefault="003F746E" w:rsidP="006A5C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Newcomer</w:t>
      </w:r>
    </w:p>
    <w:p w14:paraId="61F83953" w14:textId="77777777" w:rsidR="003F746E" w:rsidRPr="00E944B4" w:rsidRDefault="003F746E" w:rsidP="006A5C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Intermediate</w:t>
      </w:r>
    </w:p>
    <w:p w14:paraId="0ABC06B6" w14:textId="77777777" w:rsidR="003F746E" w:rsidRPr="00E944B4" w:rsidRDefault="003F746E" w:rsidP="006A5C2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Advanced</w:t>
      </w:r>
    </w:p>
    <w:p w14:paraId="6A5A3A9F" w14:textId="6105E981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n-GB" w:eastAsia="en-GB"/>
        </w:rPr>
        <w:t>Newcomer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br/>
      </w:r>
      <w:r w:rsidR="003A163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Dancers in </w:t>
      </w:r>
      <w:r w:rsidR="00882469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their first compe</w:t>
      </w:r>
      <w:r w:rsidR="00B37443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tition season only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.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br/>
        <w:t xml:space="preserve">Must not have previously placed in any </w:t>
      </w:r>
      <w:r w:rsidR="005F5A5C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lyrical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dance competition.</w:t>
      </w:r>
    </w:p>
    <w:p w14:paraId="521DEB72" w14:textId="7BD3D12F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n-GB" w:eastAsia="en-GB"/>
        </w:rPr>
        <w:t>Intermediate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br/>
        <w:t>For dancers with strong competition experience.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br/>
        <w:t xml:space="preserve">Must enter here if progressed from </w:t>
      </w:r>
      <w:r w:rsidR="004736F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Newc</w:t>
      </w:r>
      <w:r w:rsidR="003D2C8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omer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.</w:t>
      </w:r>
    </w:p>
    <w:p w14:paraId="60DE5512" w14:textId="0505C153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24"/>
          <w:szCs w:val="24"/>
          <w:lang w:val="en-GB" w:eastAsia="en-GB"/>
        </w:rPr>
        <w:t>Advanced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br/>
        <w:t xml:space="preserve">The highest level at </w:t>
      </w:r>
      <w:r w:rsidR="006214F3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LIMITLESS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.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br/>
        <w:t>For experienced dancers demonstrating advanced ability.</w:t>
      </w:r>
    </w:p>
    <w:p w14:paraId="4C727984" w14:textId="77777777" w:rsidR="003F746E" w:rsidRPr="00E944B4" w:rsidRDefault="003F746E" w:rsidP="003F746E">
      <w:pPr>
        <w:spacing w:after="0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</w:p>
    <w:p w14:paraId="5EAC9EF5" w14:textId="77777777" w:rsidR="003F746E" w:rsidRPr="00E944B4" w:rsidRDefault="003F746E" w:rsidP="003F746E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>4. PROGRESSION RULES (SOLOS &amp; DUOS)</w:t>
      </w:r>
    </w:p>
    <w:p w14:paraId="1F5B0D53" w14:textId="42198663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To ensure fairness and consistency, </w:t>
      </w:r>
      <w:r w:rsidR="0097456D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LIMITLE</w:t>
      </w:r>
      <w:r w:rsidR="008533DD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SS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uses a structured progression system.</w:t>
      </w:r>
    </w:p>
    <w:p w14:paraId="031AE759" w14:textId="77777777" w:rsidR="003F746E" w:rsidRPr="00E944B4" w:rsidRDefault="003F746E" w:rsidP="003F746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  <w:t>Minimum Entry Rule</w:t>
      </w:r>
    </w:p>
    <w:p w14:paraId="3A29EBAB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Progression applies only where there are 5 or more dancers or entries.</w:t>
      </w:r>
    </w:p>
    <w:p w14:paraId="7542CAA6" w14:textId="673BF7B4" w:rsidR="003F746E" w:rsidRPr="00E944B4" w:rsidRDefault="003F746E" w:rsidP="003F746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  <w:t xml:space="preserve">Newcomer → </w:t>
      </w:r>
      <w:r w:rsidR="00D02766"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  <w:t>In</w:t>
      </w:r>
      <w:r w:rsidR="00A64004"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  <w:t>termediate</w:t>
      </w:r>
    </w:p>
    <w:p w14:paraId="7D448DD9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Progression depends on category size:</w:t>
      </w:r>
    </w:p>
    <w:p w14:paraId="4A02BC16" w14:textId="77777777" w:rsidR="003F746E" w:rsidRPr="00E944B4" w:rsidRDefault="003F746E" w:rsidP="006A5C2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Up to 14 dancers → Top 3 move up</w:t>
      </w:r>
    </w:p>
    <w:p w14:paraId="65F67460" w14:textId="77777777" w:rsidR="003F746E" w:rsidRPr="00E944B4" w:rsidRDefault="003F746E" w:rsidP="006A5C2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15 or more dancers → Top 6 move up</w:t>
      </w:r>
    </w:p>
    <w:p w14:paraId="3ADB85A8" w14:textId="77777777" w:rsidR="003F746E" w:rsidRPr="00E944B4" w:rsidRDefault="003F746E" w:rsidP="003F746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  <w:t>Intermediate → Advanced</w:t>
      </w:r>
    </w:p>
    <w:p w14:paraId="12A33E66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Top 3 placement must be achieved twice within a season.</w:t>
      </w:r>
    </w:p>
    <w:p w14:paraId="1B9D83A8" w14:textId="77777777" w:rsidR="003F746E" w:rsidRPr="00E944B4" w:rsidRDefault="003F746E" w:rsidP="003F746E">
      <w:pPr>
        <w:spacing w:after="0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</w:p>
    <w:p w14:paraId="04D08B24" w14:textId="65063CB4" w:rsidR="003F746E" w:rsidRPr="00E944B4" w:rsidRDefault="008244B4" w:rsidP="003F746E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lastRenderedPageBreak/>
        <w:t>LIMITLESS</w:t>
      </w:r>
      <w:r w:rsidR="003F746E"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 xml:space="preserve"> RECOMMENDED PROGRESSION</w:t>
      </w:r>
    </w:p>
    <w:p w14:paraId="4F76A604" w14:textId="20ACC7FE" w:rsidR="003F746E" w:rsidRPr="00E944B4" w:rsidRDefault="003D1821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LIMIT</w:t>
      </w:r>
      <w:r w:rsidR="00662E8C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LESS</w:t>
      </w:r>
      <w:r w:rsidR="003F746E"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reserves the right to recommend dancers to move up to a higher category based on:</w:t>
      </w:r>
    </w:p>
    <w:p w14:paraId="15CBBB4D" w14:textId="77777777" w:rsidR="003F746E" w:rsidRPr="00E944B4" w:rsidRDefault="003F746E" w:rsidP="006A5C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Performance level</w:t>
      </w:r>
    </w:p>
    <w:p w14:paraId="43DD3644" w14:textId="77777777" w:rsidR="003F746E" w:rsidRPr="00E944B4" w:rsidRDefault="003F746E" w:rsidP="006A5C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Consistency across rounds</w:t>
      </w:r>
    </w:p>
    <w:p w14:paraId="18779883" w14:textId="77777777" w:rsidR="003F746E" w:rsidRPr="00E944B4" w:rsidRDefault="003F746E" w:rsidP="006A5C2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Category size and standard</w:t>
      </w:r>
    </w:p>
    <w:p w14:paraId="3F2289D8" w14:textId="54881E79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Following each event, </w:t>
      </w:r>
      <w:r w:rsidR="0069161F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LIMI</w:t>
      </w:r>
      <w:r w:rsidR="008003D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TLESS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</w:t>
      </w:r>
      <w:r w:rsidR="006A5C26"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will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provide progression guidance to dance schools, highlighting dancers who are ready to move up.</w:t>
      </w:r>
    </w:p>
    <w:p w14:paraId="2B0EFC69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These recommendations are made to:</w:t>
      </w:r>
    </w:p>
    <w:p w14:paraId="78F612EB" w14:textId="77777777" w:rsidR="003F746E" w:rsidRPr="00E944B4" w:rsidRDefault="003F746E" w:rsidP="006A5C2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Support fair competition</w:t>
      </w:r>
    </w:p>
    <w:p w14:paraId="1340CC37" w14:textId="77777777" w:rsidR="003F746E" w:rsidRPr="00E944B4" w:rsidRDefault="003F746E" w:rsidP="006A5C2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Encourage dancer development</w:t>
      </w:r>
    </w:p>
    <w:p w14:paraId="37E723C9" w14:textId="77777777" w:rsidR="003F746E" w:rsidRPr="00E944B4" w:rsidRDefault="003F746E" w:rsidP="006A5C26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Maintain appropriate category standards</w:t>
      </w:r>
    </w:p>
    <w:p w14:paraId="3954ACA3" w14:textId="2E2E22D6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While final entry decisions remain the responsibility of the dance school, </w:t>
      </w:r>
      <w:r w:rsidR="009826D0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LIMITL</w:t>
      </w:r>
      <w:r w:rsidR="00E34583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ESS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expects all schools to act in the spirit of fairness and integrity.</w:t>
      </w:r>
    </w:p>
    <w:p w14:paraId="006FC229" w14:textId="77777777" w:rsidR="003F746E" w:rsidRPr="00E944B4" w:rsidRDefault="003F746E" w:rsidP="003F746E">
      <w:pPr>
        <w:spacing w:after="0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</w:p>
    <w:p w14:paraId="5A78434F" w14:textId="77777777" w:rsidR="003F746E" w:rsidRPr="00E944B4" w:rsidRDefault="003F746E" w:rsidP="003F746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  <w:t>Additional Progression Rules</w:t>
      </w:r>
    </w:p>
    <w:p w14:paraId="52BB122E" w14:textId="77777777" w:rsidR="003F746E" w:rsidRPr="00E944B4" w:rsidRDefault="003F746E" w:rsidP="006A5C2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Once a dancer moves up, they cannot move back down within the same age category</w:t>
      </w:r>
    </w:p>
    <w:p w14:paraId="6DB543E7" w14:textId="77777777" w:rsidR="003F746E" w:rsidRPr="00E944B4" w:rsidRDefault="003F746E" w:rsidP="006A5C2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When moving into a new age category, dancers may move down one level only</w:t>
      </w:r>
    </w:p>
    <w:p w14:paraId="5DFAE2E9" w14:textId="77777777" w:rsidR="003F746E" w:rsidRPr="00E944B4" w:rsidRDefault="003F746E" w:rsidP="006A5C26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Dancers can never return to Newcomer once progressed</w:t>
      </w:r>
    </w:p>
    <w:p w14:paraId="7CDFF75B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Progression applies across:</w:t>
      </w:r>
    </w:p>
    <w:p w14:paraId="372161C9" w14:textId="77777777" w:rsidR="003F746E" w:rsidRPr="00E944B4" w:rsidRDefault="003F746E" w:rsidP="006A5C2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Solos</w:t>
      </w:r>
    </w:p>
    <w:p w14:paraId="16B11C16" w14:textId="77777777" w:rsidR="003F746E" w:rsidRPr="00E944B4" w:rsidRDefault="003F746E" w:rsidP="006A5C2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Duos</w:t>
      </w:r>
    </w:p>
    <w:p w14:paraId="238F3715" w14:textId="77777777" w:rsidR="003F746E" w:rsidRPr="00E944B4" w:rsidRDefault="003F746E" w:rsidP="003F746E">
      <w:pPr>
        <w:spacing w:after="0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</w:p>
    <w:p w14:paraId="4840F838" w14:textId="77777777" w:rsidR="003F746E" w:rsidRPr="00E944B4" w:rsidRDefault="003F746E" w:rsidP="003F746E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>5. GENERAL COMPETITION RULES</w:t>
      </w:r>
    </w:p>
    <w:p w14:paraId="7F7F6324" w14:textId="77777777" w:rsidR="003F746E" w:rsidRPr="00E944B4" w:rsidRDefault="003F746E" w:rsidP="006A5C2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Dancers must compete in the correct age and ability category</w:t>
      </w:r>
    </w:p>
    <w:p w14:paraId="550B645F" w14:textId="7F9DD891" w:rsidR="003F746E" w:rsidRPr="00E944B4" w:rsidRDefault="00477697" w:rsidP="006A5C2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LIM</w:t>
      </w:r>
      <w:r w:rsidR="007740C9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ITLESS</w:t>
      </w:r>
      <w:r w:rsidR="003F746E"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reserves the right to:</w:t>
      </w:r>
    </w:p>
    <w:p w14:paraId="311679F0" w14:textId="77777777" w:rsidR="003F746E" w:rsidRPr="00E944B4" w:rsidRDefault="003F746E" w:rsidP="006A5C2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Move dancers into appropriate categories</w:t>
      </w:r>
    </w:p>
    <w:p w14:paraId="4650B578" w14:textId="77777777" w:rsidR="003F746E" w:rsidRPr="00E944B4" w:rsidRDefault="003F746E" w:rsidP="006A5C26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Combine categories where numbers are low</w:t>
      </w:r>
    </w:p>
    <w:p w14:paraId="214E88CC" w14:textId="54A0C476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lastRenderedPageBreak/>
        <w:t xml:space="preserve">All participants must follow the </w:t>
      </w:r>
      <w:r w:rsidR="00763B89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SOAR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Code of Conduct.</w:t>
      </w:r>
    </w:p>
    <w:p w14:paraId="5CE2C988" w14:textId="77777777" w:rsidR="003F746E" w:rsidRPr="00E944B4" w:rsidRDefault="003F746E" w:rsidP="003F746E">
      <w:pPr>
        <w:spacing w:after="0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</w:p>
    <w:p w14:paraId="035A54EE" w14:textId="77777777" w:rsidR="003F746E" w:rsidRPr="00E944B4" w:rsidRDefault="003F746E" w:rsidP="003F746E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>6. SOLOS</w:t>
      </w:r>
    </w:p>
    <w:p w14:paraId="3B78DEDD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Format:</w:t>
      </w:r>
    </w:p>
    <w:p w14:paraId="270AAB2A" w14:textId="77777777" w:rsidR="003F746E" w:rsidRPr="00E944B4" w:rsidRDefault="003F746E" w:rsidP="006A5C2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Freestyle</w:t>
      </w:r>
    </w:p>
    <w:p w14:paraId="5F552CCB" w14:textId="77777777" w:rsidR="003F746E" w:rsidRPr="00E944B4" w:rsidRDefault="003F746E" w:rsidP="006A5C26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Music selected by SOAR DJ</w:t>
      </w:r>
    </w:p>
    <w:p w14:paraId="61A44CF9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Rules:</w:t>
      </w:r>
    </w:p>
    <w:p w14:paraId="7729D581" w14:textId="77777777" w:rsidR="003F746E" w:rsidRPr="00E944B4" w:rsidRDefault="003F746E" w:rsidP="006A5C2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Dancers must compete in the correct age and level</w:t>
      </w:r>
    </w:p>
    <w:p w14:paraId="1AF0A908" w14:textId="77777777" w:rsidR="003F746E" w:rsidRPr="00E944B4" w:rsidRDefault="003F746E" w:rsidP="006A5C2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Teachers must compete in Advanced</w:t>
      </w:r>
    </w:p>
    <w:p w14:paraId="1D91526D" w14:textId="77777777" w:rsidR="003F746E" w:rsidRPr="00E944B4" w:rsidRDefault="003F746E" w:rsidP="006A5C26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Controlled tricks are permitted in finals only</w:t>
      </w:r>
    </w:p>
    <w:p w14:paraId="6B13F41D" w14:textId="77777777" w:rsidR="003F746E" w:rsidRPr="00E944B4" w:rsidRDefault="003F746E" w:rsidP="003F746E">
      <w:pPr>
        <w:spacing w:after="0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</w:p>
    <w:p w14:paraId="7788F88A" w14:textId="77777777" w:rsidR="003F746E" w:rsidRPr="00E944B4" w:rsidRDefault="003F746E" w:rsidP="003F746E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>7. DUOS</w:t>
      </w:r>
    </w:p>
    <w:p w14:paraId="5CB3B7A6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Rules:</w:t>
      </w:r>
    </w:p>
    <w:p w14:paraId="75993C55" w14:textId="77777777" w:rsidR="003F746E" w:rsidRPr="00E944B4" w:rsidRDefault="003F746E" w:rsidP="006A5C2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Must compete in the highest level of the two dancers</w:t>
      </w:r>
    </w:p>
    <w:p w14:paraId="12AC91B3" w14:textId="77777777" w:rsidR="003F746E" w:rsidRPr="00E944B4" w:rsidRDefault="003F746E" w:rsidP="006A5C2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Must compete in the oldest age category</w:t>
      </w:r>
    </w:p>
    <w:p w14:paraId="4EC82C1C" w14:textId="7D201F15" w:rsidR="00E944B4" w:rsidRPr="00A85DFA" w:rsidRDefault="003F746E" w:rsidP="00A85DF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Controlled tricks are permitted in finals</w:t>
      </w:r>
    </w:p>
    <w:p w14:paraId="7051172E" w14:textId="77777777" w:rsidR="00E944B4" w:rsidRDefault="00E944B4" w:rsidP="003F746E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</w:p>
    <w:p w14:paraId="71F34288" w14:textId="77777777" w:rsidR="003F746E" w:rsidRPr="00E944B4" w:rsidRDefault="003F746E" w:rsidP="003F746E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>8. TEAMS</w:t>
      </w:r>
    </w:p>
    <w:p w14:paraId="1C4C614E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  <w:b/>
        </w:rPr>
        <w:t>Structure:</w:t>
      </w:r>
    </w:p>
    <w:p w14:paraId="393DB797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5–25 dancers per team</w:t>
      </w:r>
    </w:p>
    <w:p w14:paraId="0FB8F5EC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  <w:b/>
        </w:rPr>
        <w:t>Rules:</w:t>
      </w:r>
    </w:p>
    <w:p w14:paraId="45BF1EF3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Dancers may compete in one team only</w:t>
      </w:r>
    </w:p>
    <w:p w14:paraId="50131D4E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No more than 25% of the team may be above the stated age category</w:t>
      </w:r>
    </w:p>
    <w:p w14:paraId="085808B0" w14:textId="77777777" w:rsidR="00EB7771" w:rsidRDefault="00EB7771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</w:p>
    <w:p w14:paraId="34520920" w14:textId="77777777" w:rsidR="00EB7771" w:rsidRDefault="00C34D2B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>
        <w:rPr>
          <w:b/>
        </w:rPr>
        <w:lastRenderedPageBreak/>
        <w:t>Team Music / Routine Time Limits</w:t>
      </w:r>
    </w:p>
    <w:p w14:paraId="4A34EB83" w14:textId="609A40A0" w:rsidR="00EB7771" w:rsidRDefault="00C34D2B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>
        <w:t>Newcomer – maximum 2 minutes</w:t>
      </w:r>
    </w:p>
    <w:p w14:paraId="6B3BE717" w14:textId="77777777" w:rsidR="00EB7771" w:rsidRDefault="00C34D2B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>
        <w:t>Intermediate – maximum 2 minutes 30 seconds</w:t>
      </w:r>
    </w:p>
    <w:p w14:paraId="741D49C6" w14:textId="77777777" w:rsidR="00EB7771" w:rsidRDefault="00C34D2B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>
        <w:t>Advanced – maximum 3 minutes</w:t>
      </w:r>
    </w:p>
    <w:p w14:paraId="22A42AD7" w14:textId="77777777" w:rsidR="00B30BDF" w:rsidRPr="00E944B4" w:rsidRDefault="00B30BDF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</w:p>
    <w:p w14:paraId="0F0C41F7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  <w:b/>
        </w:rPr>
        <w:t>Team Ability – Majority Rule</w:t>
      </w:r>
    </w:p>
    <w:p w14:paraId="644B5B9F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A team’s ability category is determined by the majority of dancers within the team.</w:t>
      </w:r>
    </w:p>
    <w:p w14:paraId="3A06DA20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At least 51% of the dancers must be eligible for the ability category entered.</w:t>
      </w:r>
    </w:p>
    <w:p w14:paraId="33EABEAA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If the majority of the team are Newcomer, the team may compete in Newcomer.</w:t>
      </w:r>
    </w:p>
    <w:p w14:paraId="7A08AA7F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If the majority of the team are Intermediate, the team must compete in Intermediate or above.</w:t>
      </w:r>
    </w:p>
    <w:p w14:paraId="3981B5CF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If the majority of the team are Advanced, the team must compete in Advanced.</w:t>
      </w:r>
    </w:p>
    <w:p w14:paraId="4028A0CA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Where there is an exact 50/50 split between two ability levels, the team must compete at the higher level.</w:t>
      </w:r>
    </w:p>
    <w:p w14:paraId="71AD3002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A team must not be entered into a lower category simply because some dancers within the team compete at a lower individual level.</w:t>
      </w:r>
    </w:p>
    <w:p w14:paraId="1C17B9A2" w14:textId="77777777" w:rsidR="00B30BDF" w:rsidRPr="00E944B4" w:rsidRDefault="00B30BDF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</w:p>
    <w:p w14:paraId="55394DE6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  <w:b/>
        </w:rPr>
        <w:t>Newcomer Team Progression – Immediate</w:t>
      </w:r>
    </w:p>
    <w:p w14:paraId="126E466D" w14:textId="70D40915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 xml:space="preserve">A Newcomer team must move to </w:t>
      </w:r>
      <w:r w:rsidR="003F5993">
        <w:rPr>
          <w:rFonts w:asciiTheme="majorHAnsi" w:hAnsiTheme="majorHAnsi" w:cstheme="majorHAnsi"/>
        </w:rPr>
        <w:t>Intermed</w:t>
      </w:r>
      <w:r w:rsidR="0007189A">
        <w:rPr>
          <w:rFonts w:asciiTheme="majorHAnsi" w:hAnsiTheme="majorHAnsi" w:cstheme="majorHAnsi"/>
        </w:rPr>
        <w:t>iate</w:t>
      </w:r>
      <w:r w:rsidRPr="00E944B4">
        <w:rPr>
          <w:rFonts w:asciiTheme="majorHAnsi" w:hAnsiTheme="majorHAnsi" w:cstheme="majorHAnsi"/>
        </w:rPr>
        <w:t xml:space="preserve"> for its next competition if it achieves 1st place in a category containing a minimum of 5 teams at any recognised </w:t>
      </w:r>
      <w:r w:rsidR="005F174D">
        <w:rPr>
          <w:rFonts w:asciiTheme="majorHAnsi" w:hAnsiTheme="majorHAnsi" w:cstheme="majorHAnsi"/>
        </w:rPr>
        <w:t>lyr</w:t>
      </w:r>
      <w:r w:rsidR="00712C9C">
        <w:rPr>
          <w:rFonts w:asciiTheme="majorHAnsi" w:hAnsiTheme="majorHAnsi" w:cstheme="majorHAnsi"/>
        </w:rPr>
        <w:t>ical</w:t>
      </w:r>
      <w:r w:rsidRPr="00E944B4">
        <w:rPr>
          <w:rFonts w:asciiTheme="majorHAnsi" w:hAnsiTheme="majorHAnsi" w:cstheme="majorHAnsi"/>
        </w:rPr>
        <w:t xml:space="preserve"> dance competition.</w:t>
      </w:r>
    </w:p>
    <w:p w14:paraId="2B907D38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This progression is immediate. The team cannot continue competing in Newcomer once this result has been achieved.</w:t>
      </w:r>
    </w:p>
    <w:p w14:paraId="61209AF8" w14:textId="45418F94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 xml:space="preserve">This applies whether the qualifying result is achieved at a </w:t>
      </w:r>
      <w:r w:rsidR="00AC2F4A">
        <w:rPr>
          <w:rFonts w:asciiTheme="majorHAnsi" w:hAnsiTheme="majorHAnsi" w:cstheme="majorHAnsi"/>
        </w:rPr>
        <w:t>LIMITLE</w:t>
      </w:r>
      <w:r w:rsidR="00A34F5E">
        <w:rPr>
          <w:rFonts w:asciiTheme="majorHAnsi" w:hAnsiTheme="majorHAnsi" w:cstheme="majorHAnsi"/>
        </w:rPr>
        <w:t>SS</w:t>
      </w:r>
      <w:r w:rsidRPr="00E944B4">
        <w:rPr>
          <w:rFonts w:asciiTheme="majorHAnsi" w:hAnsiTheme="majorHAnsi" w:cstheme="majorHAnsi"/>
        </w:rPr>
        <w:t xml:space="preserve"> event or another recognised </w:t>
      </w:r>
      <w:r w:rsidR="00A34F5E">
        <w:rPr>
          <w:rFonts w:asciiTheme="majorHAnsi" w:hAnsiTheme="majorHAnsi" w:cstheme="majorHAnsi"/>
        </w:rPr>
        <w:t>lyrical</w:t>
      </w:r>
      <w:r w:rsidRPr="00E944B4">
        <w:rPr>
          <w:rFonts w:asciiTheme="majorHAnsi" w:hAnsiTheme="majorHAnsi" w:cstheme="majorHAnsi"/>
        </w:rPr>
        <w:t xml:space="preserve"> dance competition.</w:t>
      </w:r>
    </w:p>
    <w:p w14:paraId="3AE5FCD4" w14:textId="64C11176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 xml:space="preserve">Schools are responsible for informing </w:t>
      </w:r>
      <w:r w:rsidR="00CC7A01">
        <w:rPr>
          <w:rFonts w:asciiTheme="majorHAnsi" w:hAnsiTheme="majorHAnsi" w:cstheme="majorHAnsi"/>
        </w:rPr>
        <w:t>LIMITLESS</w:t>
      </w:r>
      <w:r w:rsidRPr="00E944B4">
        <w:rPr>
          <w:rFonts w:asciiTheme="majorHAnsi" w:hAnsiTheme="majorHAnsi" w:cstheme="majorHAnsi"/>
        </w:rPr>
        <w:t xml:space="preserve"> of relevant results achieved outside of </w:t>
      </w:r>
      <w:r w:rsidR="006C0942">
        <w:rPr>
          <w:rFonts w:asciiTheme="majorHAnsi" w:hAnsiTheme="majorHAnsi" w:cstheme="majorHAnsi"/>
        </w:rPr>
        <w:t>LIMITLESS</w:t>
      </w:r>
      <w:r w:rsidRPr="00E944B4">
        <w:rPr>
          <w:rFonts w:asciiTheme="majorHAnsi" w:hAnsiTheme="majorHAnsi" w:cstheme="majorHAnsi"/>
        </w:rPr>
        <w:t xml:space="preserve"> and entering their team at the correct level.</w:t>
      </w:r>
    </w:p>
    <w:p w14:paraId="2421179A" w14:textId="77777777" w:rsidR="00B30BDF" w:rsidRPr="00E944B4" w:rsidRDefault="00B30BDF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</w:p>
    <w:p w14:paraId="24932678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  <w:b/>
        </w:rPr>
        <w:lastRenderedPageBreak/>
        <w:t>Consistent Competition Success</w:t>
      </w:r>
    </w:p>
    <w:p w14:paraId="3C3793EC" w14:textId="44AF13FF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 xml:space="preserve">Where a team achieves 1st place at three recognised </w:t>
      </w:r>
      <w:r w:rsidR="002262F6">
        <w:rPr>
          <w:rFonts w:asciiTheme="majorHAnsi" w:hAnsiTheme="majorHAnsi" w:cstheme="majorHAnsi"/>
        </w:rPr>
        <w:t>lyr</w:t>
      </w:r>
      <w:r w:rsidR="00E25EDB">
        <w:rPr>
          <w:rFonts w:asciiTheme="majorHAnsi" w:hAnsiTheme="majorHAnsi" w:cstheme="majorHAnsi"/>
        </w:rPr>
        <w:t>ical</w:t>
      </w:r>
      <w:r w:rsidRPr="00E944B4">
        <w:rPr>
          <w:rFonts w:asciiTheme="majorHAnsi" w:hAnsiTheme="majorHAnsi" w:cstheme="majorHAnsi"/>
        </w:rPr>
        <w:t xml:space="preserve"> dance competitions within a 12-month period, </w:t>
      </w:r>
      <w:r w:rsidR="000367FD">
        <w:rPr>
          <w:rFonts w:asciiTheme="majorHAnsi" w:hAnsiTheme="majorHAnsi" w:cstheme="majorHAnsi"/>
        </w:rPr>
        <w:t>LIMITLESS</w:t>
      </w:r>
      <w:r w:rsidRPr="00E944B4">
        <w:rPr>
          <w:rFonts w:asciiTheme="majorHAnsi" w:hAnsiTheme="majorHAnsi" w:cstheme="majorHAnsi"/>
        </w:rPr>
        <w:t xml:space="preserve"> expects that team to progress to the next appropriate ability category.</w:t>
      </w:r>
    </w:p>
    <w:p w14:paraId="3B32A5C4" w14:textId="05729D30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This applies across Newcomer → Intermediate and Intermediate → Advanced.</w:t>
      </w:r>
    </w:p>
    <w:p w14:paraId="210E32A9" w14:textId="5984C4C5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 xml:space="preserve">The three 1st-place results may be achieved across </w:t>
      </w:r>
      <w:r w:rsidR="00F018BA">
        <w:rPr>
          <w:rFonts w:asciiTheme="majorHAnsi" w:hAnsiTheme="majorHAnsi" w:cstheme="majorHAnsi"/>
        </w:rPr>
        <w:t>LIMI</w:t>
      </w:r>
      <w:r w:rsidR="00443380">
        <w:rPr>
          <w:rFonts w:asciiTheme="majorHAnsi" w:hAnsiTheme="majorHAnsi" w:cstheme="majorHAnsi"/>
        </w:rPr>
        <w:t>TLESS</w:t>
      </w:r>
      <w:r w:rsidRPr="00E944B4">
        <w:rPr>
          <w:rFonts w:asciiTheme="majorHAnsi" w:hAnsiTheme="majorHAnsi" w:cstheme="majorHAnsi"/>
        </w:rPr>
        <w:t xml:space="preserve"> competitions and/or other recognised </w:t>
      </w:r>
      <w:r w:rsidR="00443380">
        <w:rPr>
          <w:rFonts w:asciiTheme="majorHAnsi" w:hAnsiTheme="majorHAnsi" w:cstheme="majorHAnsi"/>
        </w:rPr>
        <w:t>lyrical</w:t>
      </w:r>
      <w:r w:rsidRPr="00E944B4">
        <w:rPr>
          <w:rFonts w:asciiTheme="majorHAnsi" w:hAnsiTheme="majorHAnsi" w:cstheme="majorHAnsi"/>
        </w:rPr>
        <w:t xml:space="preserve"> dance competitions.</w:t>
      </w:r>
    </w:p>
    <w:p w14:paraId="38BA4ACC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For Newcomer teams, the immediate progression rule takes priority. A Newcomer team does not need to achieve three wins if it has already achieved 1st place in a category containing 5 or more teams.</w:t>
      </w:r>
    </w:p>
    <w:p w14:paraId="5DD43FEF" w14:textId="77777777" w:rsidR="00B30BDF" w:rsidRPr="00E944B4" w:rsidRDefault="00B30BDF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</w:p>
    <w:p w14:paraId="32A5AD22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  <w:b/>
        </w:rPr>
        <w:t>Time Within an Ability Category</w:t>
      </w:r>
    </w:p>
    <w:p w14:paraId="18EFCE1E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Teams may generally remain within the same ability category for up to one competitive year while they develop, unless a progression rule requires them to move sooner.</w:t>
      </w:r>
    </w:p>
    <w:p w14:paraId="42C3036E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Remaining within a category for a year is not an automatic entitlement. Schools should continually review the ability, experience, competition results and overall standard of their teams.</w:t>
      </w:r>
    </w:p>
    <w:p w14:paraId="4E676515" w14:textId="77777777" w:rsid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</w:p>
    <w:p w14:paraId="6F9DB376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  <w:b/>
        </w:rPr>
        <w:t>Changes to Team Line-Ups</w:t>
      </w:r>
    </w:p>
    <w:p w14:paraId="0FFAB819" w14:textId="799AD3CB" w:rsidR="00B30BDF" w:rsidRPr="00E944B4" w:rsidRDefault="00594BF8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>
        <w:rPr>
          <w:rFonts w:asciiTheme="majorHAnsi" w:hAnsiTheme="majorHAnsi" w:cstheme="majorHAnsi"/>
        </w:rPr>
        <w:t>LIMITLESS</w:t>
      </w:r>
      <w:r w:rsidR="00E944B4" w:rsidRPr="00E944B4">
        <w:rPr>
          <w:rFonts w:asciiTheme="majorHAnsi" w:hAnsiTheme="majorHAnsi" w:cstheme="majorHAnsi"/>
        </w:rPr>
        <w:t xml:space="preserve"> recognises that team line-ups can change throughout a competitive year.</w:t>
      </w:r>
    </w:p>
    <w:p w14:paraId="20753EDF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Where the majority of a team’s dancers change, schools should reassess the team’s appropriate ability category using the Majority Rule.</w:t>
      </w:r>
    </w:p>
    <w:p w14:paraId="4CF9B5CC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A team that has progressed should not automatically move back down because individual dancers leave the team.</w:t>
      </w:r>
    </w:p>
    <w:p w14:paraId="22C02336" w14:textId="28BB029C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 xml:space="preserve">Where there has been a significant change in team composition and a school believes a different category is appropriate, the school should contact </w:t>
      </w:r>
      <w:r w:rsidR="00157708">
        <w:rPr>
          <w:rFonts w:asciiTheme="majorHAnsi" w:hAnsiTheme="majorHAnsi" w:cstheme="majorHAnsi"/>
        </w:rPr>
        <w:t>LIMITLES</w:t>
      </w:r>
      <w:r w:rsidR="006346BB">
        <w:rPr>
          <w:rFonts w:asciiTheme="majorHAnsi" w:hAnsiTheme="majorHAnsi" w:cstheme="majorHAnsi"/>
        </w:rPr>
        <w:t>S</w:t>
      </w:r>
      <w:r w:rsidRPr="00E944B4">
        <w:rPr>
          <w:rFonts w:asciiTheme="majorHAnsi" w:hAnsiTheme="majorHAnsi" w:cstheme="majorHAnsi"/>
        </w:rPr>
        <w:t xml:space="preserve"> before entering.</w:t>
      </w:r>
    </w:p>
    <w:p w14:paraId="401388C3" w14:textId="77777777" w:rsidR="00B30BDF" w:rsidRDefault="00B30BDF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</w:p>
    <w:p w14:paraId="6316B418" w14:textId="77777777" w:rsidR="00FA2E37" w:rsidRPr="00E944B4" w:rsidRDefault="00FA2E37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</w:p>
    <w:p w14:paraId="487278E1" w14:textId="63A53050" w:rsidR="00B30BDF" w:rsidRPr="00E944B4" w:rsidRDefault="006346BB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>
        <w:rPr>
          <w:rFonts w:asciiTheme="majorHAnsi" w:hAnsiTheme="majorHAnsi" w:cstheme="majorHAnsi"/>
          <w:b/>
        </w:rPr>
        <w:lastRenderedPageBreak/>
        <w:t>LIMITLESS</w:t>
      </w:r>
      <w:r w:rsidR="00E944B4" w:rsidRPr="00E944B4">
        <w:rPr>
          <w:rFonts w:asciiTheme="majorHAnsi" w:hAnsiTheme="majorHAnsi" w:cstheme="majorHAnsi"/>
          <w:b/>
        </w:rPr>
        <w:t xml:space="preserve"> Recommended Progression</w:t>
      </w:r>
    </w:p>
    <w:p w14:paraId="6A9439FC" w14:textId="6CA372A2" w:rsidR="00B30BDF" w:rsidRPr="00E944B4" w:rsidRDefault="00FA2E37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>
        <w:rPr>
          <w:rFonts w:asciiTheme="majorHAnsi" w:hAnsiTheme="majorHAnsi" w:cstheme="majorHAnsi"/>
        </w:rPr>
        <w:t>LIMITLESS</w:t>
      </w:r>
      <w:r w:rsidR="00E944B4" w:rsidRPr="00E944B4">
        <w:rPr>
          <w:rFonts w:asciiTheme="majorHAnsi" w:hAnsiTheme="majorHAnsi" w:cstheme="majorHAnsi"/>
        </w:rPr>
        <w:t xml:space="preserve"> reserves the right to recommend that a team progresses to a higher ability category based on performance level, competition results, consistency, the overall ability of the team and feedback from </w:t>
      </w:r>
      <w:r w:rsidR="00AD1AD4">
        <w:rPr>
          <w:rFonts w:asciiTheme="majorHAnsi" w:hAnsiTheme="majorHAnsi" w:cstheme="majorHAnsi"/>
        </w:rPr>
        <w:t>LIMITLES</w:t>
      </w:r>
      <w:r w:rsidR="00057B64">
        <w:rPr>
          <w:rFonts w:asciiTheme="majorHAnsi" w:hAnsiTheme="majorHAnsi" w:cstheme="majorHAnsi"/>
        </w:rPr>
        <w:t>S</w:t>
      </w:r>
      <w:r w:rsidR="00E944B4" w:rsidRPr="00E944B4">
        <w:rPr>
          <w:rFonts w:asciiTheme="majorHAnsi" w:hAnsiTheme="majorHAnsi" w:cstheme="majorHAnsi"/>
        </w:rPr>
        <w:t xml:space="preserve"> judges.</w:t>
      </w:r>
    </w:p>
    <w:p w14:paraId="5381681D" w14:textId="1D94B879" w:rsidR="00B30BDF" w:rsidRPr="00E944B4" w:rsidRDefault="00057B6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>
        <w:rPr>
          <w:rFonts w:asciiTheme="majorHAnsi" w:hAnsiTheme="majorHAnsi" w:cstheme="majorHAnsi"/>
        </w:rPr>
        <w:t>LIMITLESS</w:t>
      </w:r>
      <w:r w:rsidR="00E944B4" w:rsidRPr="00E944B4">
        <w:rPr>
          <w:rFonts w:asciiTheme="majorHAnsi" w:hAnsiTheme="majorHAnsi" w:cstheme="majorHAnsi"/>
        </w:rPr>
        <w:t xml:space="preserve"> may contact a school where we believe a team is competing significantly below its appropriate ability level.</w:t>
      </w:r>
    </w:p>
    <w:p w14:paraId="26840C22" w14:textId="77777777" w:rsidR="00B30BDF" w:rsidRPr="00E944B4" w:rsidRDefault="00B30BDF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</w:p>
    <w:p w14:paraId="32D247E6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  <w:b/>
        </w:rPr>
        <w:t>Teacher Participation</w:t>
      </w:r>
    </w:p>
    <w:p w14:paraId="481D0A56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Teachers may perform within team categories.</w:t>
      </w:r>
    </w:p>
    <w:p w14:paraId="1D225F89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Teachers are only permitted to compete in:</w:t>
      </w:r>
    </w:p>
    <w:p w14:paraId="4AB7B986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Intermediate</w:t>
      </w:r>
    </w:p>
    <w:p w14:paraId="055530B6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Advanced</w:t>
      </w:r>
    </w:p>
    <w:p w14:paraId="303A603A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Teacher participation must also be taken into consideration when determining the appropriate ability category for the team.</w:t>
      </w:r>
    </w:p>
    <w:p w14:paraId="4A8A6E0E" w14:textId="77777777" w:rsidR="00B30BDF" w:rsidRPr="00E944B4" w:rsidRDefault="00B30BDF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</w:p>
    <w:p w14:paraId="3BACF8E3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  <w:b/>
        </w:rPr>
        <w:t>Category Adjustments</w:t>
      </w:r>
    </w:p>
    <w:p w14:paraId="75D4E238" w14:textId="2A12DADA" w:rsidR="00B30BDF" w:rsidRPr="00E944B4" w:rsidRDefault="00CC14A8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>
        <w:rPr>
          <w:rFonts w:asciiTheme="majorHAnsi" w:hAnsiTheme="majorHAnsi" w:cstheme="majorHAnsi"/>
        </w:rPr>
        <w:t>LIMITLES</w:t>
      </w:r>
      <w:r w:rsidR="0000792E">
        <w:rPr>
          <w:rFonts w:asciiTheme="majorHAnsi" w:hAnsiTheme="majorHAnsi" w:cstheme="majorHAnsi"/>
        </w:rPr>
        <w:t>S</w:t>
      </w:r>
      <w:r w:rsidR="00E944B4" w:rsidRPr="00E944B4">
        <w:rPr>
          <w:rFonts w:asciiTheme="majorHAnsi" w:hAnsiTheme="majorHAnsi" w:cstheme="majorHAnsi"/>
        </w:rPr>
        <w:t xml:space="preserve"> reserves the right to combine categories where there are three teams or fewer.</w:t>
      </w:r>
    </w:p>
    <w:p w14:paraId="02F782AC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Where categories are combined, this does not automatically change the registered ability level or future progression status of the teams involved.</w:t>
      </w:r>
    </w:p>
    <w:p w14:paraId="6C5CAB91" w14:textId="77777777" w:rsidR="00B30BDF" w:rsidRPr="00E944B4" w:rsidRDefault="00B30BDF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</w:p>
    <w:p w14:paraId="34846188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  <w:b/>
        </w:rPr>
        <w:t>Fair Play, Trust &amp; Sportsmanship</w:t>
      </w:r>
    </w:p>
    <w:p w14:paraId="559E70AD" w14:textId="3E909FF6" w:rsidR="00B30BDF" w:rsidRPr="00E944B4" w:rsidRDefault="00537560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>
        <w:rPr>
          <w:rFonts w:asciiTheme="majorHAnsi" w:hAnsiTheme="majorHAnsi" w:cstheme="majorHAnsi"/>
        </w:rPr>
        <w:t>Lyrical</w:t>
      </w:r>
      <w:r w:rsidR="00E944B4" w:rsidRPr="00E944B4">
        <w:rPr>
          <w:rFonts w:asciiTheme="majorHAnsi" w:hAnsiTheme="majorHAnsi" w:cstheme="majorHAnsi"/>
        </w:rPr>
        <w:t xml:space="preserve"> dance competitions do not currently operate under one governing body or universal competition progression system.</w:t>
      </w:r>
    </w:p>
    <w:p w14:paraId="3A55879F" w14:textId="66F4EDC1" w:rsidR="00B30BDF" w:rsidRPr="00E944B4" w:rsidRDefault="000C2E85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>
        <w:rPr>
          <w:rFonts w:asciiTheme="majorHAnsi" w:hAnsiTheme="majorHAnsi" w:cstheme="majorHAnsi"/>
        </w:rPr>
        <w:t>LI</w:t>
      </w:r>
      <w:r w:rsidR="00984DE8">
        <w:rPr>
          <w:rFonts w:asciiTheme="majorHAnsi" w:hAnsiTheme="majorHAnsi" w:cstheme="majorHAnsi"/>
        </w:rPr>
        <w:t>MITLESS</w:t>
      </w:r>
      <w:r w:rsidR="00E944B4" w:rsidRPr="00E944B4">
        <w:rPr>
          <w:rFonts w:asciiTheme="majorHAnsi" w:hAnsiTheme="majorHAnsi" w:cstheme="majorHAnsi"/>
        </w:rPr>
        <w:t xml:space="preserve"> therefore relies on trust, honesty and good sportsmanship from dance schools and teachers.</w:t>
      </w:r>
    </w:p>
    <w:p w14:paraId="7E40B261" w14:textId="541F9012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 xml:space="preserve">Schools are responsible for entering teams into the appropriate ability category, considering the ability and experience of the dancers within each team, keeping track of relevant competition </w:t>
      </w:r>
      <w:r w:rsidRPr="00E944B4">
        <w:rPr>
          <w:rFonts w:asciiTheme="majorHAnsi" w:hAnsiTheme="majorHAnsi" w:cstheme="majorHAnsi"/>
        </w:rPr>
        <w:lastRenderedPageBreak/>
        <w:t xml:space="preserve">results, progressing teams when required and informing </w:t>
      </w:r>
      <w:r w:rsidR="00984DE8">
        <w:rPr>
          <w:rFonts w:asciiTheme="majorHAnsi" w:hAnsiTheme="majorHAnsi" w:cstheme="majorHAnsi"/>
        </w:rPr>
        <w:t>LIMIT</w:t>
      </w:r>
      <w:r w:rsidR="00C2057B">
        <w:rPr>
          <w:rFonts w:asciiTheme="majorHAnsi" w:hAnsiTheme="majorHAnsi" w:cstheme="majorHAnsi"/>
        </w:rPr>
        <w:t>LESS</w:t>
      </w:r>
      <w:r w:rsidRPr="00E944B4">
        <w:rPr>
          <w:rFonts w:asciiTheme="majorHAnsi" w:hAnsiTheme="majorHAnsi" w:cstheme="majorHAnsi"/>
        </w:rPr>
        <w:t xml:space="preserve"> of relevant results achieved at other </w:t>
      </w:r>
      <w:r w:rsidR="00C2057B">
        <w:rPr>
          <w:rFonts w:asciiTheme="majorHAnsi" w:hAnsiTheme="majorHAnsi" w:cstheme="majorHAnsi"/>
        </w:rPr>
        <w:t>lyri</w:t>
      </w:r>
      <w:r w:rsidR="00F52451">
        <w:rPr>
          <w:rFonts w:asciiTheme="majorHAnsi" w:hAnsiTheme="majorHAnsi" w:cstheme="majorHAnsi"/>
        </w:rPr>
        <w:t>cal</w:t>
      </w:r>
      <w:r w:rsidRPr="00E944B4">
        <w:rPr>
          <w:rFonts w:asciiTheme="majorHAnsi" w:hAnsiTheme="majorHAnsi" w:cstheme="majorHAnsi"/>
        </w:rPr>
        <w:t xml:space="preserve"> dance competitions.</w:t>
      </w:r>
    </w:p>
    <w:p w14:paraId="1308285B" w14:textId="07C1DE87" w:rsidR="00B30BDF" w:rsidRPr="00E944B4" w:rsidRDefault="00705E77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>
        <w:rPr>
          <w:rFonts w:asciiTheme="majorHAnsi" w:hAnsiTheme="majorHAnsi" w:cstheme="majorHAnsi"/>
        </w:rPr>
        <w:t>LIMITLESS</w:t>
      </w:r>
      <w:r w:rsidR="00E944B4" w:rsidRPr="00E944B4">
        <w:rPr>
          <w:rFonts w:asciiTheme="majorHAnsi" w:hAnsiTheme="majorHAnsi" w:cstheme="majorHAnsi"/>
        </w:rPr>
        <w:t xml:space="preserve"> cannot monitor every team’s participation and results across every </w:t>
      </w:r>
      <w:r w:rsidR="00C92427">
        <w:rPr>
          <w:rFonts w:asciiTheme="majorHAnsi" w:hAnsiTheme="majorHAnsi" w:cstheme="majorHAnsi"/>
        </w:rPr>
        <w:t>lyrical</w:t>
      </w:r>
      <w:r w:rsidR="00E944B4" w:rsidRPr="00E944B4">
        <w:rPr>
          <w:rFonts w:asciiTheme="majorHAnsi" w:hAnsiTheme="majorHAnsi" w:cstheme="majorHAnsi"/>
        </w:rPr>
        <w:t xml:space="preserve"> dance competition. We therefore expect schools to follow these rules fairly and in the spirit in which they are intended.</w:t>
      </w:r>
    </w:p>
    <w:p w14:paraId="3B00DAF0" w14:textId="77777777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Where a team is consistently achieving success, good sportsmanship means allowing that team to progress and be challenged at the next appropriate level.</w:t>
      </w:r>
    </w:p>
    <w:p w14:paraId="2ADC05A7" w14:textId="56C6B2CF" w:rsidR="00B30BDF" w:rsidRPr="00E944B4" w:rsidRDefault="009F324B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>
        <w:rPr>
          <w:rFonts w:asciiTheme="majorHAnsi" w:hAnsiTheme="majorHAnsi" w:cstheme="majorHAnsi"/>
        </w:rPr>
        <w:t>LIMITLESS</w:t>
      </w:r>
      <w:r w:rsidR="00E944B4" w:rsidRPr="00E944B4">
        <w:rPr>
          <w:rFonts w:asciiTheme="majorHAnsi" w:hAnsiTheme="majorHAnsi" w:cstheme="majorHAnsi"/>
        </w:rPr>
        <w:t xml:space="preserve"> reserves the right to discuss an entry with a school where we believe a team has been entered significantly below its appropriate level.</w:t>
      </w:r>
    </w:p>
    <w:p w14:paraId="55D190B0" w14:textId="5A6062C1" w:rsidR="00B30BDF" w:rsidRPr="00E944B4" w:rsidRDefault="00E944B4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hAnsiTheme="majorHAnsi" w:cstheme="majorHAnsi"/>
        </w:rPr>
        <w:t>These rules are designed to protect genuine Newcomer teams, encourage progression, create fair competition and give dancers an appropriate challenge as they develop.</w:t>
      </w:r>
    </w:p>
    <w:p w14:paraId="470D9823" w14:textId="77777777" w:rsidR="003F746E" w:rsidRDefault="003F746E" w:rsidP="003F746E">
      <w:pPr>
        <w:spacing w:after="0" w:line="240" w:lineRule="auto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</w:p>
    <w:p w14:paraId="7813CDC3" w14:textId="77777777" w:rsidR="005D0426" w:rsidRPr="00E944B4" w:rsidRDefault="005D0426" w:rsidP="003F746E">
      <w:pPr>
        <w:spacing w:after="0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</w:p>
    <w:p w14:paraId="6F9251AD" w14:textId="1F1A1C39" w:rsidR="003F746E" w:rsidRPr="00E944B4" w:rsidRDefault="005D0426" w:rsidP="003F746E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>9</w:t>
      </w:r>
      <w:r w:rsidR="003F746E"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>. MUSIC &amp; PERFORMANCE RULES</w:t>
      </w:r>
    </w:p>
    <w:p w14:paraId="5B544751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Penalties may be applied for:</w:t>
      </w:r>
    </w:p>
    <w:p w14:paraId="4B40D6CD" w14:textId="77777777" w:rsidR="003F746E" w:rsidRPr="00E944B4" w:rsidRDefault="003F746E" w:rsidP="006A5C2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Swearing or inappropriate language</w:t>
      </w:r>
    </w:p>
    <w:p w14:paraId="117D514A" w14:textId="77777777" w:rsidR="003F746E" w:rsidRPr="00E944B4" w:rsidRDefault="003F746E" w:rsidP="006A5C2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Music exceeding time limits (5-second grace)</w:t>
      </w:r>
    </w:p>
    <w:p w14:paraId="0FA43D0E" w14:textId="77777777" w:rsidR="003F746E" w:rsidRPr="00E944B4" w:rsidRDefault="003F746E" w:rsidP="006A5C26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Inappropriate costumes or choreography</w:t>
      </w:r>
    </w:p>
    <w:p w14:paraId="2AC70C44" w14:textId="77777777" w:rsidR="003F746E" w:rsidRPr="00E944B4" w:rsidRDefault="003F746E" w:rsidP="003F746E">
      <w:pPr>
        <w:spacing w:after="0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</w:p>
    <w:p w14:paraId="312E5FCD" w14:textId="77777777" w:rsidR="00E944B4" w:rsidRDefault="00E944B4" w:rsidP="003F746E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</w:p>
    <w:p w14:paraId="5B1DFFCE" w14:textId="1C13F249" w:rsidR="003F746E" w:rsidRPr="00E944B4" w:rsidRDefault="003F746E" w:rsidP="003F746E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>1</w:t>
      </w:r>
      <w:r w:rsidR="006740E4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>0</w:t>
      </w: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>. SAFETY &amp; PERFORMANCE</w:t>
      </w:r>
    </w:p>
    <w:p w14:paraId="28EB74DA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All tricks must be:</w:t>
      </w:r>
    </w:p>
    <w:p w14:paraId="6BEEA210" w14:textId="77777777" w:rsidR="003F746E" w:rsidRPr="00E944B4" w:rsidRDefault="003F746E" w:rsidP="006A5C2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Controlled</w:t>
      </w:r>
    </w:p>
    <w:p w14:paraId="3CCC3BF8" w14:textId="77777777" w:rsidR="003F746E" w:rsidRPr="00E944B4" w:rsidRDefault="003F746E" w:rsidP="006A5C2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Safe</w:t>
      </w:r>
    </w:p>
    <w:p w14:paraId="02257230" w14:textId="77777777" w:rsidR="003F746E" w:rsidRPr="00E944B4" w:rsidRDefault="003F746E" w:rsidP="006A5C26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Appropriate to category</w:t>
      </w:r>
    </w:p>
    <w:p w14:paraId="719A4DC9" w14:textId="77777777" w:rsidR="003F746E" w:rsidRPr="00E944B4" w:rsidRDefault="003F746E" w:rsidP="003F746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  <w:t>Assisted Tricks</w:t>
      </w:r>
    </w:p>
    <w:p w14:paraId="47A71A9F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Allowed in:</w:t>
      </w:r>
    </w:p>
    <w:p w14:paraId="70B5273E" w14:textId="77777777" w:rsidR="003F746E" w:rsidRPr="00E944B4" w:rsidRDefault="003F746E" w:rsidP="006A5C26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lastRenderedPageBreak/>
        <w:t>Duos</w:t>
      </w:r>
    </w:p>
    <w:p w14:paraId="12533FA3" w14:textId="63572BDF" w:rsidR="003F746E" w:rsidRPr="003E22FC" w:rsidRDefault="003F746E" w:rsidP="003E22FC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Teams</w:t>
      </w:r>
    </w:p>
    <w:p w14:paraId="1EBD1E5E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Must be:</w:t>
      </w:r>
    </w:p>
    <w:p w14:paraId="5842C0EE" w14:textId="77777777" w:rsidR="003F746E" w:rsidRPr="00E944B4" w:rsidRDefault="003F746E" w:rsidP="006A5C2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Rehearsed</w:t>
      </w:r>
    </w:p>
    <w:p w14:paraId="13F060ED" w14:textId="77777777" w:rsidR="003F746E" w:rsidRPr="00E944B4" w:rsidRDefault="003F746E" w:rsidP="006A5C26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Executed safely</w:t>
      </w:r>
    </w:p>
    <w:p w14:paraId="07C31E3F" w14:textId="07F7D97C" w:rsidR="003F746E" w:rsidRPr="00E944B4" w:rsidRDefault="003E22FC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LIMITLESS</w:t>
      </w:r>
      <w:r w:rsidR="003F746E"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reserves the right to stop any unsafe performance.</w:t>
      </w:r>
    </w:p>
    <w:p w14:paraId="636C0890" w14:textId="77777777" w:rsidR="003F746E" w:rsidRPr="00E944B4" w:rsidRDefault="003F746E" w:rsidP="003F746E">
      <w:pPr>
        <w:spacing w:after="0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</w:p>
    <w:p w14:paraId="42916690" w14:textId="754BCDB5" w:rsidR="003F746E" w:rsidRPr="00E944B4" w:rsidRDefault="003F746E" w:rsidP="003F746E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>1</w:t>
      </w:r>
      <w:r w:rsidR="00BF6408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>1</w:t>
      </w: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>. JUDGING (OVERVIEW)</w:t>
      </w:r>
    </w:p>
    <w:p w14:paraId="5F186B84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Judges assess performances based on:</w:t>
      </w:r>
    </w:p>
    <w:p w14:paraId="46E1928D" w14:textId="77777777" w:rsidR="003F746E" w:rsidRPr="00E944B4" w:rsidRDefault="003F746E" w:rsidP="006A5C2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Choreography</w:t>
      </w:r>
    </w:p>
    <w:p w14:paraId="56BFFEC4" w14:textId="77777777" w:rsidR="003F746E" w:rsidRPr="00E944B4" w:rsidRDefault="003F746E" w:rsidP="006A5C2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Execution</w:t>
      </w:r>
    </w:p>
    <w:p w14:paraId="1E9D935A" w14:textId="4AFF9032" w:rsidR="003F746E" w:rsidRDefault="00DB22A1" w:rsidP="006A5C2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Techni</w:t>
      </w:r>
      <w:r w:rsidR="00620C0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cality</w:t>
      </w:r>
    </w:p>
    <w:p w14:paraId="5B72788A" w14:textId="5278FA1D" w:rsidR="00E06E0A" w:rsidRDefault="00E06E0A" w:rsidP="006A5C2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Performanc</w:t>
      </w:r>
      <w:r w:rsidR="002B515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e</w:t>
      </w:r>
    </w:p>
    <w:p w14:paraId="16433DD1" w14:textId="4048B094" w:rsidR="002B5151" w:rsidRPr="00E944B4" w:rsidRDefault="009F5443" w:rsidP="006A5C26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J</w:t>
      </w:r>
      <w:r w:rsidR="003F0FCA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udge’s</w:t>
      </w:r>
      <w:r w:rsidR="002B515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opinion</w:t>
      </w:r>
    </w:p>
    <w:p w14:paraId="325B35C4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Scoring:</w:t>
      </w:r>
    </w:p>
    <w:p w14:paraId="702A70AC" w14:textId="77777777" w:rsidR="003F746E" w:rsidRPr="00E944B4" w:rsidRDefault="003F746E" w:rsidP="006A5C2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0–10 scale</w:t>
      </w:r>
    </w:p>
    <w:p w14:paraId="273179D6" w14:textId="77777777" w:rsidR="003F746E" w:rsidRPr="00E944B4" w:rsidRDefault="003F746E" w:rsidP="006A5C26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Increment scoring permitted</w:t>
      </w:r>
    </w:p>
    <w:p w14:paraId="301BCA41" w14:textId="77777777" w:rsidR="003F746E" w:rsidRPr="00E944B4" w:rsidRDefault="003F746E" w:rsidP="003F746E">
      <w:pPr>
        <w:spacing w:after="0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</w:p>
    <w:p w14:paraId="352AEC57" w14:textId="77777777" w:rsidR="00E944B4" w:rsidRDefault="00E944B4" w:rsidP="003F746E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</w:p>
    <w:p w14:paraId="4AB99F72" w14:textId="6522CCE5" w:rsidR="003F746E" w:rsidRPr="00E944B4" w:rsidRDefault="003F746E" w:rsidP="003F746E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>1</w:t>
      </w:r>
      <w:r w:rsidR="002B6BAC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>2</w:t>
      </w: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>. JUDGES TEAM CRITERIA</w:t>
      </w:r>
    </w:p>
    <w:p w14:paraId="4E26AA16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A Team consists of 5–25 dancers performing together in one routine.</w:t>
      </w:r>
    </w:p>
    <w:p w14:paraId="3C57E762" w14:textId="77777777" w:rsidR="003F746E" w:rsidRPr="00E944B4" w:rsidRDefault="003F746E" w:rsidP="003F746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  <w:t>1. Choreography</w:t>
      </w:r>
    </w:p>
    <w:p w14:paraId="135468D4" w14:textId="1F29F4C9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Judges assess the overall creativity and structure of your routine, focusing on choreography beyond </w:t>
      </w:r>
      <w:r w:rsidR="00A04B27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technical </w:t>
      </w:r>
      <w:r w:rsidR="00B81B5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foundations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.</w:t>
      </w:r>
    </w:p>
    <w:p w14:paraId="284658C5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You will be judged on:</w:t>
      </w:r>
    </w:p>
    <w:p w14:paraId="2DC8498C" w14:textId="4844427E" w:rsidR="003F746E" w:rsidRPr="00E944B4" w:rsidRDefault="00502C5E" w:rsidP="006A5C2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Precision </w:t>
      </w:r>
      <w:r w:rsidR="00187F1A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of movement</w:t>
      </w:r>
      <w:r w:rsidR="003F746E"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across the team</w:t>
      </w:r>
    </w:p>
    <w:p w14:paraId="47F23B1F" w14:textId="7B9C8798" w:rsidR="003F746E" w:rsidRDefault="009C5ED5" w:rsidP="006A5C2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lastRenderedPageBreak/>
        <w:t>Creativi</w:t>
      </w:r>
      <w:r w:rsidR="00FF64B3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ty of the choreograp</w:t>
      </w:r>
      <w:r w:rsidR="00C551E3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hy</w:t>
      </w:r>
    </w:p>
    <w:p w14:paraId="1BA1FD25" w14:textId="56B6E880" w:rsidR="00C551E3" w:rsidRDefault="001733E7" w:rsidP="006A5C2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Ability of the team as a whole</w:t>
      </w:r>
    </w:p>
    <w:p w14:paraId="6F7D3801" w14:textId="29AF157F" w:rsidR="001733E7" w:rsidRDefault="007B2447" w:rsidP="006A5C2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Musical</w:t>
      </w:r>
      <w:r w:rsidR="00753A00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ity</w:t>
      </w:r>
    </w:p>
    <w:p w14:paraId="55E6C7DE" w14:textId="123A9C10" w:rsidR="00753A00" w:rsidRPr="00E944B4" w:rsidRDefault="00753A00" w:rsidP="006A5C26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Forma</w:t>
      </w:r>
      <w:r w:rsidR="00750480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tions and transitions</w:t>
      </w:r>
    </w:p>
    <w:p w14:paraId="32D2DF57" w14:textId="4194E5AE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Routines based purely on </w:t>
      </w:r>
      <w:r w:rsidR="00394729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technical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</w:t>
      </w:r>
      <w:r w:rsidR="00FC789A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foundat</w:t>
      </w:r>
      <w:r w:rsidR="00B81B5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ions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will still be judged against the same criteria.</w:t>
      </w:r>
    </w:p>
    <w:p w14:paraId="5ECEE698" w14:textId="77777777" w:rsidR="003F746E" w:rsidRPr="00E944B4" w:rsidRDefault="003F746E" w:rsidP="003F746E">
      <w:pPr>
        <w:spacing w:after="0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</w:p>
    <w:p w14:paraId="427134D4" w14:textId="77777777" w:rsidR="003F746E" w:rsidRPr="00E944B4" w:rsidRDefault="003F746E" w:rsidP="003F746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  <w:t>2. Execution</w:t>
      </w:r>
    </w:p>
    <w:p w14:paraId="0C047A2B" w14:textId="41E17D91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This section looks at how well your team </w:t>
      </w:r>
      <w:r w:rsidR="004F2046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executes</w:t>
      </w:r>
      <w:r w:rsidR="00B02C15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the choreo</w:t>
      </w:r>
      <w:r w:rsidR="00F8470E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graphy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within the </w:t>
      </w:r>
      <w:r w:rsidR="00CE6DC5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routine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.</w:t>
      </w:r>
    </w:p>
    <w:p w14:paraId="386B8A5B" w14:textId="00B64C17" w:rsidR="003F746E" w:rsidRDefault="00253CAD" w:rsidP="00253CAD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You will </w:t>
      </w:r>
      <w:r w:rsidR="00C47263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be judged </w:t>
      </w:r>
      <w:r w:rsidR="00F5799C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on:</w:t>
      </w:r>
    </w:p>
    <w:p w14:paraId="3104C030" w14:textId="6FAF8F6E" w:rsidR="00F5799C" w:rsidRDefault="009A1117" w:rsidP="003B4850">
      <w:pPr>
        <w:pStyle w:val="ListParagraph"/>
        <w:numPr>
          <w:ilvl w:val="0"/>
          <w:numId w:val="5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Dynamics</w:t>
      </w:r>
    </w:p>
    <w:p w14:paraId="542289DA" w14:textId="3EAA3B7E" w:rsidR="009A1117" w:rsidRDefault="00C622C0" w:rsidP="003B4850">
      <w:pPr>
        <w:pStyle w:val="ListParagraph"/>
        <w:numPr>
          <w:ilvl w:val="0"/>
          <w:numId w:val="5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Team synchronisat</w:t>
      </w:r>
      <w:r w:rsidR="000E34A6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ion and cleanl</w:t>
      </w:r>
      <w:r w:rsidR="009C74DF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i</w:t>
      </w:r>
      <w:r w:rsidR="00A26FF9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ness</w:t>
      </w:r>
    </w:p>
    <w:p w14:paraId="4454B79B" w14:textId="01D55E64" w:rsidR="003F746E" w:rsidRDefault="00A26FF9" w:rsidP="005514F4">
      <w:pPr>
        <w:pStyle w:val="ListParagraph"/>
        <w:numPr>
          <w:ilvl w:val="0"/>
          <w:numId w:val="5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Levels</w:t>
      </w:r>
    </w:p>
    <w:p w14:paraId="28E79419" w14:textId="77777777" w:rsidR="005514F4" w:rsidRPr="005514F4" w:rsidRDefault="005514F4" w:rsidP="00E155D1">
      <w:pPr>
        <w:pStyle w:val="ListParagraph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</w:p>
    <w:p w14:paraId="01149A77" w14:textId="41198B4B" w:rsidR="003F746E" w:rsidRPr="00E944B4" w:rsidRDefault="003F746E" w:rsidP="003F746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  <w:t xml:space="preserve">3. </w:t>
      </w:r>
      <w:r w:rsidR="005514F4"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  <w:t>Technical</w:t>
      </w:r>
      <w:r w:rsidR="00E155D1"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  <w:t>ity</w:t>
      </w:r>
    </w:p>
    <w:p w14:paraId="0E7682F4" w14:textId="7F11256F" w:rsidR="003F746E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Judges assess how </w:t>
      </w:r>
      <w:r w:rsidR="001A399B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the tec</w:t>
      </w:r>
      <w:r w:rsidR="00C12CC5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hnical aspects of your </w:t>
      </w:r>
      <w:r w:rsidR="006F6BEB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routine are perfo</w:t>
      </w:r>
      <w:r w:rsidR="001C019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rmed, and the </w:t>
      </w:r>
      <w:r w:rsidR="00CE1BC7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transitions between thos</w:t>
      </w:r>
      <w:r w:rsidR="00DB7207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e skills and the choreograp</w:t>
      </w:r>
      <w:r w:rsidR="0044613F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hy itself.</w:t>
      </w:r>
    </w:p>
    <w:p w14:paraId="42A37360" w14:textId="1A520F8C" w:rsidR="00E16FC8" w:rsidRPr="00E944B4" w:rsidRDefault="00E16FC8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You will </w:t>
      </w:r>
      <w:r w:rsidR="0093594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be judged on</w:t>
      </w:r>
      <w:r w:rsidR="00BE69AC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:</w:t>
      </w:r>
    </w:p>
    <w:p w14:paraId="3BE6A815" w14:textId="252FB9CE" w:rsidR="003F746E" w:rsidRDefault="009A448B" w:rsidP="006A5C2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Le</w:t>
      </w:r>
      <w:r w:rsidR="0035696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vel and age appropr</w:t>
      </w:r>
      <w:r w:rsidR="0045215A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iate skills</w:t>
      </w:r>
    </w:p>
    <w:p w14:paraId="6777F04B" w14:textId="49E242AE" w:rsidR="0045215A" w:rsidRDefault="0000225C" w:rsidP="006A5C26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Flow and tra</w:t>
      </w:r>
      <w:r w:rsidR="00FE12F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nsitions betw</w:t>
      </w:r>
      <w:r w:rsidR="00BA1B8C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een technical mo</w:t>
      </w:r>
      <w:r w:rsidR="00230A0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vements </w:t>
      </w:r>
      <w:r w:rsidR="00B557EF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and</w:t>
      </w:r>
      <w:r w:rsidR="00C15520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creative choreograp</w:t>
      </w:r>
      <w:r w:rsidR="00C9082A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hy</w:t>
      </w:r>
    </w:p>
    <w:p w14:paraId="498B4375" w14:textId="47451F8B" w:rsidR="003F746E" w:rsidRPr="000F3D8B" w:rsidRDefault="00500318" w:rsidP="000F3D8B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Use and k</w:t>
      </w:r>
      <w:r w:rsidR="003B5932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nowledge of an arr</w:t>
      </w:r>
      <w:r w:rsidR="00550E7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ay of techniques</w:t>
      </w:r>
    </w:p>
    <w:p w14:paraId="7EA7B478" w14:textId="11F5FE60" w:rsidR="003F746E" w:rsidRPr="00E944B4" w:rsidRDefault="00830FF0" w:rsidP="003F746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</w:pPr>
      <w:r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  <w:t>4</w:t>
      </w:r>
      <w:r w:rsidR="003F746E"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  <w:t>. Performance</w:t>
      </w:r>
    </w:p>
    <w:p w14:paraId="02C35F0D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Judges consider the energy and stage presence of the team.</w:t>
      </w:r>
    </w:p>
    <w:p w14:paraId="1C222827" w14:textId="77777777" w:rsidR="003F746E" w:rsidRPr="00E944B4" w:rsidRDefault="003F746E" w:rsidP="006A5C2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Energy and commitment</w:t>
      </w:r>
    </w:p>
    <w:p w14:paraId="656B1D03" w14:textId="77777777" w:rsidR="003F746E" w:rsidRPr="00E944B4" w:rsidRDefault="003F746E" w:rsidP="006A5C2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Enthusiasm of every member</w:t>
      </w:r>
    </w:p>
    <w:p w14:paraId="5944D973" w14:textId="77777777" w:rsidR="003F746E" w:rsidRPr="00E944B4" w:rsidRDefault="003F746E" w:rsidP="006A5C26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Confidence in performance</w:t>
      </w:r>
    </w:p>
    <w:p w14:paraId="70E20387" w14:textId="6710E4D4" w:rsidR="00714189" w:rsidRDefault="003F746E" w:rsidP="00BC2EBD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Engagement with judges and audience</w:t>
      </w:r>
    </w:p>
    <w:p w14:paraId="1B5402E3" w14:textId="77777777" w:rsidR="00BC2EBD" w:rsidRDefault="00BC2EBD" w:rsidP="00BC2EBD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</w:p>
    <w:p w14:paraId="4F197AD1" w14:textId="77777777" w:rsidR="007B6D2D" w:rsidRPr="00BC2EBD" w:rsidRDefault="007B6D2D" w:rsidP="00BC2EBD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</w:p>
    <w:p w14:paraId="5D51EE3B" w14:textId="7058B13D" w:rsidR="00597B93" w:rsidRPr="00714189" w:rsidRDefault="001F2399" w:rsidP="00597B93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color w:val="000000" w:themeColor="text1"/>
          <w:sz w:val="26"/>
          <w:szCs w:val="26"/>
          <w:lang w:val="en-GB" w:eastAsia="en-GB"/>
        </w:rPr>
      </w:pPr>
      <w:r w:rsidRPr="00714189">
        <w:rPr>
          <w:rFonts w:asciiTheme="majorHAnsi" w:eastAsia="Times New Roman" w:hAnsiTheme="majorHAnsi" w:cstheme="majorHAnsi"/>
          <w:b/>
          <w:bCs/>
          <w:color w:val="000000" w:themeColor="text1"/>
          <w:sz w:val="26"/>
          <w:szCs w:val="26"/>
          <w:lang w:val="en-GB" w:eastAsia="en-GB"/>
        </w:rPr>
        <w:lastRenderedPageBreak/>
        <w:t xml:space="preserve">5. Judge’s </w:t>
      </w:r>
      <w:r w:rsidR="000F78C5" w:rsidRPr="00714189">
        <w:rPr>
          <w:rFonts w:asciiTheme="majorHAnsi" w:eastAsia="Times New Roman" w:hAnsiTheme="majorHAnsi" w:cstheme="majorHAnsi"/>
          <w:b/>
          <w:bCs/>
          <w:color w:val="000000" w:themeColor="text1"/>
          <w:sz w:val="26"/>
          <w:szCs w:val="26"/>
          <w:lang w:val="en-GB" w:eastAsia="en-GB"/>
        </w:rPr>
        <w:t>opinion</w:t>
      </w:r>
    </w:p>
    <w:p w14:paraId="7A63733D" w14:textId="2391424F" w:rsidR="000F78C5" w:rsidRPr="00E944B4" w:rsidRDefault="00606EE7" w:rsidP="00597B93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This is where </w:t>
      </w:r>
      <w:r w:rsidR="008E1093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the judges look </w:t>
      </w:r>
      <w:r w:rsidR="009A5D1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at the per</w:t>
      </w:r>
      <w:r w:rsidR="006716F8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formance as a whole. </w:t>
      </w:r>
      <w:r w:rsidR="00DF7A79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It is based o</w:t>
      </w:r>
      <w:r w:rsidR="009654B5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n how they </w:t>
      </w:r>
      <w:r w:rsidR="00AC752C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personally feel abou</w:t>
      </w:r>
      <w:r w:rsidR="004604B0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t the performance beyond the</w:t>
      </w:r>
      <w:r w:rsidR="00882FC7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set criteria.</w:t>
      </w:r>
    </w:p>
    <w:p w14:paraId="4050AB9A" w14:textId="77777777" w:rsidR="003F746E" w:rsidRPr="00E944B4" w:rsidRDefault="003F746E" w:rsidP="003F746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  <w:t>Scoring Scale</w:t>
      </w:r>
    </w:p>
    <w:p w14:paraId="71D412C7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0–2 = Below Average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br/>
        <w:t>3–4 = Average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br/>
        <w:t>5–6 = Good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br/>
        <w:t>7–8 = Very Good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br/>
        <w:t>9–10 = Excellent</w:t>
      </w:r>
    </w:p>
    <w:p w14:paraId="6FE14258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Scores may include increments of:</w:t>
      </w:r>
    </w:p>
    <w:p w14:paraId="2FBB1318" w14:textId="77777777" w:rsidR="003F746E" w:rsidRPr="00E944B4" w:rsidRDefault="003F746E" w:rsidP="006A5C26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0.25</w:t>
      </w:r>
    </w:p>
    <w:p w14:paraId="36D85390" w14:textId="77777777" w:rsidR="003F746E" w:rsidRPr="00E944B4" w:rsidRDefault="003F746E" w:rsidP="006A5C26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0.5</w:t>
      </w:r>
    </w:p>
    <w:p w14:paraId="240A9EF8" w14:textId="77777777" w:rsidR="003F746E" w:rsidRPr="00E944B4" w:rsidRDefault="003F746E" w:rsidP="006A5C26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0.75</w:t>
      </w:r>
    </w:p>
    <w:p w14:paraId="468159E6" w14:textId="77777777" w:rsidR="003F746E" w:rsidRPr="00E944B4" w:rsidRDefault="003F746E" w:rsidP="003F746E">
      <w:pPr>
        <w:spacing w:after="0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</w:p>
    <w:p w14:paraId="6B62A32B" w14:textId="77777777" w:rsidR="003F746E" w:rsidRPr="00E944B4" w:rsidRDefault="003F746E" w:rsidP="003F746E">
      <w:pPr>
        <w:spacing w:before="100" w:beforeAutospacing="1" w:after="100" w:afterAutospacing="1" w:line="240" w:lineRule="auto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27"/>
          <w:szCs w:val="27"/>
          <w:lang w:val="en-GB" w:eastAsia="en-GB"/>
        </w:rPr>
        <w:t>Penalties</w:t>
      </w:r>
    </w:p>
    <w:p w14:paraId="421AA7ED" w14:textId="77777777" w:rsidR="003F746E" w:rsidRPr="00E944B4" w:rsidRDefault="003F746E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Points may be deducted for:</w:t>
      </w:r>
    </w:p>
    <w:p w14:paraId="13A8F9F4" w14:textId="77777777" w:rsidR="003F746E" w:rsidRPr="00E944B4" w:rsidRDefault="003F746E" w:rsidP="006A5C2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Swearing or inappropriate language in music</w:t>
      </w:r>
    </w:p>
    <w:p w14:paraId="5489CAB9" w14:textId="77777777" w:rsidR="003F746E" w:rsidRPr="00E944B4" w:rsidRDefault="003F746E" w:rsidP="006A5C2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Music exceeding time limit (5-second grace)</w:t>
      </w:r>
    </w:p>
    <w:p w14:paraId="4533072E" w14:textId="77777777" w:rsidR="003F746E" w:rsidRPr="00E944B4" w:rsidRDefault="003F746E" w:rsidP="006A5C26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Inappropriate movement or costumes</w:t>
      </w:r>
    </w:p>
    <w:p w14:paraId="02751B37" w14:textId="645E097D" w:rsidR="003F746E" w:rsidRDefault="003F746E" w:rsidP="004E2CAD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Teams with more than 25% of dancers above the age category</w:t>
      </w:r>
    </w:p>
    <w:p w14:paraId="1904C575" w14:textId="77777777" w:rsidR="00A265A2" w:rsidRPr="004E2CAD" w:rsidRDefault="00A265A2" w:rsidP="00A265A2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</w:p>
    <w:p w14:paraId="61A1AE79" w14:textId="0D6C8C2D" w:rsidR="003F746E" w:rsidRPr="00E944B4" w:rsidRDefault="003F746E" w:rsidP="003F746E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>1</w:t>
      </w:r>
      <w:r w:rsidR="00D37685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>3</w:t>
      </w: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>. EVENT MANAGEMENT</w:t>
      </w:r>
    </w:p>
    <w:p w14:paraId="12AF3938" w14:textId="4DDF3EF0" w:rsidR="003F746E" w:rsidRPr="00E944B4" w:rsidRDefault="00D37685" w:rsidP="003F746E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LIMITLE</w:t>
      </w:r>
      <w:r w:rsidR="00953E1B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SS</w:t>
      </w:r>
      <w:r w:rsidR="003F746E"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reserves the right to:</w:t>
      </w:r>
    </w:p>
    <w:p w14:paraId="6732DAFB" w14:textId="77777777" w:rsidR="003F746E" w:rsidRPr="00E944B4" w:rsidRDefault="003F746E" w:rsidP="006A5C26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Adjust running order</w:t>
      </w:r>
    </w:p>
    <w:p w14:paraId="2507AD85" w14:textId="77777777" w:rsidR="003F746E" w:rsidRPr="00E944B4" w:rsidRDefault="003F746E" w:rsidP="006A5C26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Combine categories</w:t>
      </w:r>
    </w:p>
    <w:p w14:paraId="32989518" w14:textId="77777777" w:rsidR="003F746E" w:rsidRPr="00E944B4" w:rsidRDefault="003F746E" w:rsidP="006A5C26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Remove unsafe performances</w:t>
      </w:r>
    </w:p>
    <w:p w14:paraId="229C8207" w14:textId="77777777" w:rsidR="003F746E" w:rsidRPr="00E944B4" w:rsidRDefault="003F746E" w:rsidP="006A5C26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Enforce all rules and safeguarding policies</w:t>
      </w:r>
    </w:p>
    <w:p w14:paraId="693504E2" w14:textId="77777777" w:rsidR="00FC7C5F" w:rsidRPr="00E944B4" w:rsidRDefault="00FC7C5F" w:rsidP="00FC7C5F">
      <w:pPr>
        <w:spacing w:after="0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</w:p>
    <w:p w14:paraId="3C5F2176" w14:textId="77777777" w:rsidR="00773D2C" w:rsidRDefault="003F746E" w:rsidP="00773D2C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lastRenderedPageBreak/>
        <w:t>1</w:t>
      </w:r>
      <w:r w:rsidR="00953E1B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>4</w:t>
      </w:r>
      <w:r w:rsidRPr="00E944B4"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  <w:t>. FINAL NOTE</w:t>
      </w:r>
    </w:p>
    <w:p w14:paraId="259F85F3" w14:textId="65CE74AE" w:rsidR="003F746E" w:rsidRPr="00773D2C" w:rsidRDefault="003F746E" w:rsidP="00773D2C">
      <w:pPr>
        <w:spacing w:before="100" w:beforeAutospacing="1" w:after="100" w:afterAutospacing="1" w:line="240" w:lineRule="auto"/>
        <w:outlineLvl w:val="1"/>
        <w:rPr>
          <w:rFonts w:asciiTheme="majorHAnsi" w:eastAsia="Times New Roman" w:hAnsiTheme="majorHAnsi" w:cstheme="majorHAnsi"/>
          <w:b/>
          <w:bCs/>
          <w:color w:val="000000" w:themeColor="text1"/>
          <w:sz w:val="36"/>
          <w:szCs w:val="36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</w:t>
      </w:r>
      <w:r w:rsidR="00481CE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LIMIT</w:t>
      </w:r>
      <w:r w:rsidR="00B15D8A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LESS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competitions are designed to:</w:t>
      </w:r>
    </w:p>
    <w:p w14:paraId="73E27319" w14:textId="77777777" w:rsidR="003F746E" w:rsidRPr="00E944B4" w:rsidRDefault="003F746E" w:rsidP="006A5C2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Support dancer development</w:t>
      </w:r>
    </w:p>
    <w:p w14:paraId="51666C49" w14:textId="76D59F0C" w:rsidR="003F746E" w:rsidRPr="00E944B4" w:rsidRDefault="003F746E" w:rsidP="006A5C2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Celebrate </w:t>
      </w:r>
      <w:r w:rsidR="00000A26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lyrical</w:t>
      </w: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 xml:space="preserve"> dance culture</w:t>
      </w:r>
    </w:p>
    <w:p w14:paraId="6154FD11" w14:textId="77777777" w:rsidR="003F746E" w:rsidRDefault="003F746E" w:rsidP="006A5C26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  <w:r w:rsidRPr="00E944B4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  <w:t>Provide fair and structured competition opportunities</w:t>
      </w:r>
    </w:p>
    <w:p w14:paraId="43D97C3C" w14:textId="77777777" w:rsidR="00541C25" w:rsidRPr="00E944B4" w:rsidRDefault="00541C25" w:rsidP="00541C25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</w:p>
    <w:bookmarkEnd w:id="0"/>
    <w:p w14:paraId="147D5922" w14:textId="2AC62F88" w:rsidR="00FC7C5F" w:rsidRPr="00E944B4" w:rsidRDefault="00BE28D5" w:rsidP="00FC7C5F">
      <w:pPr>
        <w:spacing w:after="0" w:line="239" w:lineRule="auto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eastAsia="Calibri" w:hAnsiTheme="majorHAnsi" w:cstheme="majorHAnsi"/>
          <w:color w:val="000000" w:themeColor="text1"/>
          <w:sz w:val="52"/>
        </w:rPr>
        <w:t>L</w:t>
      </w:r>
      <w:r w:rsidR="00327231">
        <w:rPr>
          <w:rFonts w:asciiTheme="majorHAnsi" w:eastAsia="Calibri" w:hAnsiTheme="majorHAnsi" w:cstheme="majorHAnsi"/>
          <w:color w:val="000000" w:themeColor="text1"/>
          <w:sz w:val="52"/>
        </w:rPr>
        <w:t>IMITLESS</w:t>
      </w:r>
      <w:r w:rsidR="00FC7C5F" w:rsidRPr="00E944B4">
        <w:rPr>
          <w:rFonts w:asciiTheme="majorHAnsi" w:eastAsia="Calibri" w:hAnsiTheme="majorHAnsi" w:cstheme="majorHAnsi"/>
          <w:color w:val="000000" w:themeColor="text1"/>
          <w:sz w:val="52"/>
        </w:rPr>
        <w:t xml:space="preserve"> ADDITIONAL RULES –</w:t>
      </w:r>
      <w:r w:rsidR="00247D54">
        <w:rPr>
          <w:rFonts w:asciiTheme="majorHAnsi" w:eastAsia="Calibri" w:hAnsiTheme="majorHAnsi" w:cstheme="majorHAnsi"/>
          <w:color w:val="000000" w:themeColor="text1"/>
          <w:sz w:val="52"/>
        </w:rPr>
        <w:t xml:space="preserve"> </w:t>
      </w:r>
      <w:r w:rsidR="00FC7C5F" w:rsidRPr="00E944B4">
        <w:rPr>
          <w:rFonts w:asciiTheme="majorHAnsi" w:eastAsia="Calibri" w:hAnsiTheme="majorHAnsi" w:cstheme="majorHAnsi"/>
          <w:color w:val="000000" w:themeColor="text1"/>
          <w:sz w:val="52"/>
        </w:rPr>
        <w:t xml:space="preserve">SET ROUTINES </w:t>
      </w:r>
    </w:p>
    <w:p w14:paraId="27D12CAB" w14:textId="77777777" w:rsidR="00FC7C5F" w:rsidRPr="00E944B4" w:rsidRDefault="00FC7C5F" w:rsidP="00FC7C5F">
      <w:pPr>
        <w:spacing w:after="541" w:line="259" w:lineRule="auto"/>
        <w:ind w:left="-29" w:right="-31"/>
        <w:rPr>
          <w:rFonts w:asciiTheme="majorHAnsi" w:hAnsiTheme="majorHAnsi" w:cstheme="majorHAnsi"/>
          <w:color w:val="000000" w:themeColor="text1"/>
        </w:rPr>
      </w:pPr>
    </w:p>
    <w:p w14:paraId="01F4512C" w14:textId="77777777" w:rsidR="00FC7C5F" w:rsidRPr="00E944B4" w:rsidRDefault="00FC7C5F" w:rsidP="00FC7C5F">
      <w:pPr>
        <w:pStyle w:val="Heading1"/>
        <w:ind w:left="-5"/>
        <w:rPr>
          <w:rFonts w:cstheme="majorHAnsi"/>
          <w:color w:val="000000" w:themeColor="text1"/>
        </w:rPr>
      </w:pPr>
      <w:r w:rsidRPr="00E944B4">
        <w:rPr>
          <w:rFonts w:cstheme="majorHAnsi"/>
          <w:color w:val="000000" w:themeColor="text1"/>
        </w:rPr>
        <w:t xml:space="preserve">SET ROUTINES </w:t>
      </w:r>
    </w:p>
    <w:p w14:paraId="14DABC5C" w14:textId="5C6945BA" w:rsidR="00FC7C5F" w:rsidRPr="00E944B4" w:rsidRDefault="00872361" w:rsidP="00FC7C5F">
      <w:pPr>
        <w:spacing w:after="244"/>
        <w:ind w:left="-5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Sele</w:t>
      </w:r>
      <w:r w:rsidR="00FA2A84">
        <w:rPr>
          <w:rFonts w:asciiTheme="majorHAnsi" w:hAnsiTheme="majorHAnsi" w:cstheme="majorHAnsi"/>
          <w:color w:val="000000" w:themeColor="text1"/>
        </w:rPr>
        <w:t xml:space="preserve">cted Limitless </w:t>
      </w:r>
      <w:r w:rsidR="00397356">
        <w:rPr>
          <w:rFonts w:asciiTheme="majorHAnsi" w:hAnsiTheme="majorHAnsi" w:cstheme="majorHAnsi"/>
          <w:color w:val="000000" w:themeColor="text1"/>
        </w:rPr>
        <w:t>Championshi</w:t>
      </w:r>
      <w:r w:rsidR="00062ED1">
        <w:rPr>
          <w:rFonts w:asciiTheme="majorHAnsi" w:hAnsiTheme="majorHAnsi" w:cstheme="majorHAnsi"/>
          <w:color w:val="000000" w:themeColor="text1"/>
        </w:rPr>
        <w:t>ps events.</w:t>
      </w:r>
    </w:p>
    <w:p w14:paraId="2678D1D1" w14:textId="77777777" w:rsidR="00FC7C5F" w:rsidRDefault="00FC7C5F" w:rsidP="00FC7C5F">
      <w:pPr>
        <w:pStyle w:val="Heading2"/>
        <w:ind w:left="-5"/>
        <w:rPr>
          <w:rFonts w:cstheme="majorHAnsi"/>
          <w:color w:val="000000" w:themeColor="text1"/>
        </w:rPr>
      </w:pPr>
      <w:r w:rsidRPr="00E944B4">
        <w:rPr>
          <w:rFonts w:cstheme="majorHAnsi"/>
          <w:color w:val="000000" w:themeColor="text1"/>
        </w:rPr>
        <w:t xml:space="preserve">Age Categories </w:t>
      </w:r>
    </w:p>
    <w:p w14:paraId="410DB49D" w14:textId="4F45597F" w:rsidR="00E14102" w:rsidRDefault="0086373F" w:rsidP="00E26DCA">
      <w:r>
        <w:t>8&amp;</w:t>
      </w:r>
      <w:r w:rsidR="00A4527E">
        <w:t>Under</w:t>
      </w:r>
    </w:p>
    <w:p w14:paraId="4DB12C5C" w14:textId="3CCBCD8E" w:rsidR="00A4527E" w:rsidRDefault="00811DCB" w:rsidP="005B57BB">
      <w:r>
        <w:t>12</w:t>
      </w:r>
      <w:r w:rsidR="00E01CFA">
        <w:t>&amp;Under</w:t>
      </w:r>
    </w:p>
    <w:p w14:paraId="0B6B62EE" w14:textId="10E01F4E" w:rsidR="0086373F" w:rsidRDefault="00397AA8" w:rsidP="005B57BB">
      <w:r>
        <w:t>15&amp;Under</w:t>
      </w:r>
    </w:p>
    <w:p w14:paraId="5D52FA08" w14:textId="31637667" w:rsidR="00906BC6" w:rsidRDefault="00906BC6" w:rsidP="005B57BB">
      <w:r>
        <w:t>16&amp;Ove</w:t>
      </w:r>
      <w:r w:rsidR="0099264E">
        <w:t>r</w:t>
      </w:r>
    </w:p>
    <w:p w14:paraId="5621B8F7" w14:textId="77777777" w:rsidR="00E01CFA" w:rsidRPr="00E14102" w:rsidRDefault="00E01CFA" w:rsidP="00AF34C1"/>
    <w:p w14:paraId="3B763A15" w14:textId="77777777" w:rsidR="00FC7C5F" w:rsidRPr="00E944B4" w:rsidRDefault="00FC7C5F" w:rsidP="00FC7C5F">
      <w:pPr>
        <w:pStyle w:val="Heading2"/>
        <w:ind w:left="-5"/>
        <w:rPr>
          <w:rFonts w:cstheme="majorHAnsi"/>
          <w:color w:val="000000" w:themeColor="text1"/>
        </w:rPr>
      </w:pPr>
      <w:r w:rsidRPr="00E944B4">
        <w:rPr>
          <w:rFonts w:cstheme="majorHAnsi"/>
          <w:color w:val="000000" w:themeColor="text1"/>
        </w:rPr>
        <w:t xml:space="preserve">Ability Levels </w:t>
      </w:r>
    </w:p>
    <w:p w14:paraId="419F155D" w14:textId="4FC20CA8" w:rsidR="00FC7C5F" w:rsidRPr="00E944B4" w:rsidRDefault="00FC7C5F" w:rsidP="00FC7C5F">
      <w:pPr>
        <w:ind w:left="-5"/>
        <w:rPr>
          <w:rFonts w:asciiTheme="majorHAnsi" w:hAnsiTheme="majorHAnsi" w:cstheme="majorHAnsi"/>
          <w:color w:val="000000" w:themeColor="text1"/>
        </w:rPr>
      </w:pPr>
      <w:r w:rsidRPr="00E944B4">
        <w:rPr>
          <w:rFonts w:asciiTheme="majorHAnsi" w:hAnsiTheme="majorHAnsi" w:cstheme="majorHAnsi"/>
          <w:color w:val="000000" w:themeColor="text1"/>
        </w:rPr>
        <w:t xml:space="preserve">Newcomer </w:t>
      </w:r>
    </w:p>
    <w:p w14:paraId="0F03738B" w14:textId="18593DF1" w:rsidR="00FC7C5F" w:rsidRDefault="00FC7C5F" w:rsidP="00FC7C5F">
      <w:pPr>
        <w:spacing w:after="244"/>
        <w:ind w:left="-5"/>
        <w:rPr>
          <w:rFonts w:asciiTheme="majorHAnsi" w:hAnsiTheme="majorHAnsi" w:cstheme="majorHAnsi"/>
          <w:color w:val="000000" w:themeColor="text1"/>
        </w:rPr>
      </w:pPr>
      <w:r w:rsidRPr="00E944B4">
        <w:rPr>
          <w:rFonts w:asciiTheme="majorHAnsi" w:hAnsiTheme="majorHAnsi" w:cstheme="majorHAnsi"/>
          <w:color w:val="000000" w:themeColor="text1"/>
        </w:rPr>
        <w:t>Intermediate</w:t>
      </w:r>
    </w:p>
    <w:p w14:paraId="3E0F0E89" w14:textId="419BC5D8" w:rsidR="008263CA" w:rsidRPr="00E944B4" w:rsidRDefault="00DF7943" w:rsidP="00FC7C5F">
      <w:pPr>
        <w:spacing w:after="244"/>
        <w:ind w:left="-5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Advanced</w:t>
      </w:r>
    </w:p>
    <w:p w14:paraId="12745E69" w14:textId="77777777" w:rsidR="00FC7C5F" w:rsidRPr="00E944B4" w:rsidRDefault="00FC7C5F" w:rsidP="00FC7C5F">
      <w:pPr>
        <w:pStyle w:val="Heading2"/>
        <w:ind w:left="-5"/>
        <w:rPr>
          <w:rFonts w:cstheme="majorHAnsi"/>
          <w:color w:val="000000" w:themeColor="text1"/>
        </w:rPr>
      </w:pPr>
      <w:r w:rsidRPr="00E944B4">
        <w:rPr>
          <w:rFonts w:cstheme="majorHAnsi"/>
          <w:color w:val="000000" w:themeColor="text1"/>
        </w:rPr>
        <w:t xml:space="preserve">Styles </w:t>
      </w:r>
    </w:p>
    <w:p w14:paraId="36E498DB" w14:textId="5FFEF2DB" w:rsidR="00FC7C5F" w:rsidRDefault="00B921E2" w:rsidP="00FC7C5F">
      <w:pPr>
        <w:ind w:left="-5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Lyrical</w:t>
      </w:r>
    </w:p>
    <w:p w14:paraId="74D1AFB5" w14:textId="6CF82675" w:rsidR="0045751A" w:rsidRDefault="0045751A" w:rsidP="00FC7C5F">
      <w:pPr>
        <w:ind w:left="-5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Jazz</w:t>
      </w:r>
    </w:p>
    <w:p w14:paraId="17B56D90" w14:textId="6E479B0F" w:rsidR="0045751A" w:rsidRPr="00E944B4" w:rsidRDefault="00546C16" w:rsidP="00FC7C5F">
      <w:pPr>
        <w:ind w:left="-5"/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Commercial</w:t>
      </w:r>
    </w:p>
    <w:p w14:paraId="7AC8D83B" w14:textId="77777777" w:rsidR="00FC7C5F" w:rsidRPr="00E944B4" w:rsidRDefault="00FC7C5F" w:rsidP="00FC7C5F">
      <w:pPr>
        <w:spacing w:after="14" w:line="259" w:lineRule="auto"/>
        <w:rPr>
          <w:rFonts w:asciiTheme="majorHAnsi" w:hAnsiTheme="majorHAnsi" w:cstheme="majorHAnsi"/>
          <w:color w:val="000000" w:themeColor="text1"/>
        </w:rPr>
      </w:pPr>
      <w:r w:rsidRPr="00E944B4">
        <w:rPr>
          <w:rFonts w:asciiTheme="majorHAnsi" w:hAnsiTheme="majorHAnsi" w:cstheme="majorHAnsi"/>
          <w:color w:val="000000" w:themeColor="text1"/>
        </w:rPr>
        <w:lastRenderedPageBreak/>
        <w:t xml:space="preserve"> </w:t>
      </w:r>
    </w:p>
    <w:p w14:paraId="061C4500" w14:textId="1B19FB2C" w:rsidR="00FC7C5F" w:rsidRPr="00E944B4" w:rsidRDefault="00FC7C5F" w:rsidP="00FC7C5F">
      <w:pPr>
        <w:spacing w:after="244"/>
        <w:ind w:left="-5"/>
        <w:rPr>
          <w:rFonts w:asciiTheme="majorHAnsi" w:hAnsiTheme="majorHAnsi" w:cstheme="majorHAnsi"/>
          <w:color w:val="000000" w:themeColor="text1"/>
        </w:rPr>
      </w:pPr>
      <w:r w:rsidRPr="00E944B4">
        <w:rPr>
          <w:rFonts w:asciiTheme="majorHAnsi" w:hAnsiTheme="majorHAnsi" w:cstheme="majorHAnsi"/>
          <w:color w:val="000000" w:themeColor="text1"/>
        </w:rPr>
        <w:t xml:space="preserve">Competitors may compete in </w:t>
      </w:r>
      <w:r w:rsidR="00E2681E">
        <w:rPr>
          <w:rFonts w:asciiTheme="majorHAnsi" w:hAnsiTheme="majorHAnsi" w:cstheme="majorHAnsi"/>
          <w:color w:val="000000" w:themeColor="text1"/>
        </w:rPr>
        <w:t>mu</w:t>
      </w:r>
      <w:r w:rsidR="00CF0993">
        <w:rPr>
          <w:rFonts w:asciiTheme="majorHAnsi" w:hAnsiTheme="majorHAnsi" w:cstheme="majorHAnsi"/>
          <w:color w:val="000000" w:themeColor="text1"/>
        </w:rPr>
        <w:t>ltiple</w:t>
      </w:r>
      <w:r w:rsidRPr="00E944B4">
        <w:rPr>
          <w:rFonts w:asciiTheme="majorHAnsi" w:hAnsiTheme="majorHAnsi" w:cstheme="majorHAnsi"/>
          <w:color w:val="000000" w:themeColor="text1"/>
        </w:rPr>
        <w:t xml:space="preserve"> </w:t>
      </w:r>
      <w:r w:rsidR="00275F1B" w:rsidRPr="00E944B4">
        <w:rPr>
          <w:rFonts w:asciiTheme="majorHAnsi" w:hAnsiTheme="majorHAnsi" w:cstheme="majorHAnsi"/>
          <w:color w:val="000000" w:themeColor="text1"/>
        </w:rPr>
        <w:t>styles.</w:t>
      </w:r>
      <w:r w:rsidR="00275F1B">
        <w:rPr>
          <w:rFonts w:asciiTheme="majorHAnsi" w:hAnsiTheme="majorHAnsi" w:cstheme="majorHAnsi"/>
          <w:color w:val="000000" w:themeColor="text1"/>
        </w:rPr>
        <w:t xml:space="preserve"> Multiple styles </w:t>
      </w:r>
      <w:r w:rsidR="00BA4D7E">
        <w:rPr>
          <w:rFonts w:asciiTheme="majorHAnsi" w:hAnsiTheme="majorHAnsi" w:cstheme="majorHAnsi"/>
          <w:color w:val="000000" w:themeColor="text1"/>
        </w:rPr>
        <w:t xml:space="preserve">may not be offered at </w:t>
      </w:r>
      <w:r w:rsidR="00770609">
        <w:rPr>
          <w:rFonts w:asciiTheme="majorHAnsi" w:hAnsiTheme="majorHAnsi" w:cstheme="majorHAnsi"/>
          <w:color w:val="000000" w:themeColor="text1"/>
        </w:rPr>
        <w:t>the same LIMIT</w:t>
      </w:r>
      <w:r w:rsidR="003C03EA">
        <w:rPr>
          <w:rFonts w:asciiTheme="majorHAnsi" w:hAnsiTheme="majorHAnsi" w:cstheme="majorHAnsi"/>
          <w:color w:val="000000" w:themeColor="text1"/>
        </w:rPr>
        <w:t xml:space="preserve">LESS </w:t>
      </w:r>
      <w:r w:rsidR="004D2867">
        <w:rPr>
          <w:rFonts w:asciiTheme="majorHAnsi" w:hAnsiTheme="majorHAnsi" w:cstheme="majorHAnsi"/>
          <w:color w:val="000000" w:themeColor="text1"/>
        </w:rPr>
        <w:t>competition.</w:t>
      </w:r>
    </w:p>
    <w:p w14:paraId="058FC454" w14:textId="77777777" w:rsidR="00FC7C5F" w:rsidRPr="00E944B4" w:rsidRDefault="00FC7C5F" w:rsidP="00FC7C5F">
      <w:pPr>
        <w:spacing w:after="0" w:line="259" w:lineRule="auto"/>
        <w:ind w:left="-5"/>
        <w:rPr>
          <w:rFonts w:asciiTheme="majorHAnsi" w:hAnsiTheme="majorHAnsi" w:cstheme="majorHAnsi"/>
          <w:color w:val="000000" w:themeColor="text1"/>
        </w:rPr>
      </w:pPr>
      <w:r w:rsidRPr="00E944B4">
        <w:rPr>
          <w:rFonts w:asciiTheme="majorHAnsi" w:eastAsia="Calibri" w:hAnsiTheme="majorHAnsi" w:cstheme="majorHAnsi"/>
          <w:b/>
          <w:color w:val="000000" w:themeColor="text1"/>
          <w:sz w:val="26"/>
        </w:rPr>
        <w:t xml:space="preserve">Music </w:t>
      </w:r>
    </w:p>
    <w:p w14:paraId="776B8E3F" w14:textId="7F2E1CEA" w:rsidR="00FC7C5F" w:rsidRPr="00E944B4" w:rsidRDefault="00FC7C5F" w:rsidP="00FC7C5F">
      <w:pPr>
        <w:spacing w:after="245"/>
        <w:ind w:left="-5"/>
        <w:rPr>
          <w:rFonts w:asciiTheme="majorHAnsi" w:hAnsiTheme="majorHAnsi" w:cstheme="majorHAnsi"/>
          <w:color w:val="000000" w:themeColor="text1"/>
        </w:rPr>
      </w:pPr>
      <w:r w:rsidRPr="00E944B4">
        <w:rPr>
          <w:rFonts w:asciiTheme="majorHAnsi" w:hAnsiTheme="majorHAnsi" w:cstheme="majorHAnsi"/>
          <w:color w:val="000000" w:themeColor="text1"/>
        </w:rPr>
        <w:t xml:space="preserve">Music will be selected by </w:t>
      </w:r>
      <w:r w:rsidR="004D2867">
        <w:rPr>
          <w:rFonts w:asciiTheme="majorHAnsi" w:hAnsiTheme="majorHAnsi" w:cstheme="majorHAnsi"/>
          <w:color w:val="000000" w:themeColor="text1"/>
        </w:rPr>
        <w:t>LIMITLE</w:t>
      </w:r>
      <w:r w:rsidR="00F86F12">
        <w:rPr>
          <w:rFonts w:asciiTheme="majorHAnsi" w:hAnsiTheme="majorHAnsi" w:cstheme="majorHAnsi"/>
          <w:color w:val="000000" w:themeColor="text1"/>
        </w:rPr>
        <w:t>SS</w:t>
      </w:r>
      <w:r w:rsidRPr="00E944B4">
        <w:rPr>
          <w:rFonts w:asciiTheme="majorHAnsi" w:hAnsiTheme="majorHAnsi" w:cstheme="majorHAnsi"/>
          <w:color w:val="000000" w:themeColor="text1"/>
        </w:rPr>
        <w:t xml:space="preserve">. </w:t>
      </w:r>
    </w:p>
    <w:p w14:paraId="743D0EE1" w14:textId="77777777" w:rsidR="00FC7C5F" w:rsidRPr="00E944B4" w:rsidRDefault="00FC7C5F" w:rsidP="00FC7C5F">
      <w:pPr>
        <w:pStyle w:val="Heading2"/>
        <w:ind w:left="-5"/>
        <w:rPr>
          <w:rFonts w:cstheme="majorHAnsi"/>
          <w:color w:val="000000" w:themeColor="text1"/>
        </w:rPr>
      </w:pPr>
      <w:r w:rsidRPr="00E944B4">
        <w:rPr>
          <w:rFonts w:cstheme="majorHAnsi"/>
          <w:color w:val="000000" w:themeColor="text1"/>
        </w:rPr>
        <w:t xml:space="preserve">Set Routine Distribution </w:t>
      </w:r>
    </w:p>
    <w:p w14:paraId="6570C1A7" w14:textId="77777777" w:rsidR="00FC7C5F" w:rsidRPr="00E944B4" w:rsidRDefault="00FC7C5F" w:rsidP="00FC7C5F">
      <w:pPr>
        <w:spacing w:after="242"/>
        <w:ind w:left="-5"/>
        <w:rPr>
          <w:rFonts w:asciiTheme="majorHAnsi" w:hAnsiTheme="majorHAnsi" w:cstheme="majorHAnsi"/>
          <w:color w:val="000000" w:themeColor="text1"/>
        </w:rPr>
      </w:pPr>
      <w:r w:rsidRPr="00E944B4">
        <w:rPr>
          <w:rFonts w:asciiTheme="majorHAnsi" w:hAnsiTheme="majorHAnsi" w:cstheme="majorHAnsi"/>
          <w:color w:val="000000" w:themeColor="text1"/>
        </w:rPr>
        <w:t xml:space="preserve">Set routines will be released 3 months prior to the event and will be sent to registered dance schools once deposits have been paid. </w:t>
      </w:r>
    </w:p>
    <w:p w14:paraId="31C1FD82" w14:textId="77777777" w:rsidR="00FC7C5F" w:rsidRPr="00E944B4" w:rsidRDefault="00FC7C5F" w:rsidP="00FC7C5F">
      <w:pPr>
        <w:pStyle w:val="Heading2"/>
        <w:ind w:left="-5"/>
        <w:rPr>
          <w:rFonts w:cstheme="majorHAnsi"/>
          <w:color w:val="000000" w:themeColor="text1"/>
        </w:rPr>
      </w:pPr>
      <w:r w:rsidRPr="00E944B4">
        <w:rPr>
          <w:rFonts w:cstheme="majorHAnsi"/>
          <w:color w:val="000000" w:themeColor="text1"/>
        </w:rPr>
        <w:t xml:space="preserve">Additional Notes </w:t>
      </w:r>
    </w:p>
    <w:p w14:paraId="7A2735E5" w14:textId="1364BCF8" w:rsidR="00FC7C5F" w:rsidRPr="00E944B4" w:rsidRDefault="00FC7C5F" w:rsidP="00FC7C5F">
      <w:pPr>
        <w:ind w:left="-5"/>
        <w:rPr>
          <w:rFonts w:asciiTheme="majorHAnsi" w:hAnsiTheme="majorHAnsi" w:cstheme="majorHAnsi"/>
          <w:color w:val="000000" w:themeColor="text1"/>
        </w:rPr>
      </w:pPr>
      <w:r w:rsidRPr="00E944B4">
        <w:rPr>
          <w:rFonts w:asciiTheme="majorHAnsi" w:hAnsiTheme="majorHAnsi" w:cstheme="majorHAnsi"/>
          <w:color w:val="000000" w:themeColor="text1"/>
        </w:rPr>
        <w:t xml:space="preserve">Set routines are pre-set by </w:t>
      </w:r>
      <w:r w:rsidR="009C6A41">
        <w:rPr>
          <w:rFonts w:asciiTheme="majorHAnsi" w:hAnsiTheme="majorHAnsi" w:cstheme="majorHAnsi"/>
          <w:color w:val="000000" w:themeColor="text1"/>
        </w:rPr>
        <w:t>LIMIT</w:t>
      </w:r>
      <w:r w:rsidR="00107890">
        <w:rPr>
          <w:rFonts w:asciiTheme="majorHAnsi" w:hAnsiTheme="majorHAnsi" w:cstheme="majorHAnsi"/>
          <w:color w:val="000000" w:themeColor="text1"/>
        </w:rPr>
        <w:t>LESS</w:t>
      </w:r>
      <w:r w:rsidRPr="00E944B4">
        <w:rPr>
          <w:rFonts w:asciiTheme="majorHAnsi" w:hAnsiTheme="majorHAnsi" w:cstheme="majorHAnsi"/>
          <w:color w:val="000000" w:themeColor="text1"/>
        </w:rPr>
        <w:t xml:space="preserve"> and must be performed as provided. </w:t>
      </w:r>
    </w:p>
    <w:p w14:paraId="4D4B91F2" w14:textId="77777777" w:rsidR="00FC7C5F" w:rsidRPr="00E944B4" w:rsidRDefault="00FC7C5F" w:rsidP="00FC7C5F">
      <w:pPr>
        <w:ind w:left="-5"/>
        <w:rPr>
          <w:rFonts w:asciiTheme="majorHAnsi" w:hAnsiTheme="majorHAnsi" w:cstheme="majorHAnsi"/>
          <w:color w:val="000000" w:themeColor="text1"/>
        </w:rPr>
      </w:pPr>
      <w:r w:rsidRPr="00E944B4">
        <w:rPr>
          <w:rFonts w:asciiTheme="majorHAnsi" w:hAnsiTheme="majorHAnsi" w:cstheme="majorHAnsi"/>
          <w:color w:val="000000" w:themeColor="text1"/>
        </w:rPr>
        <w:t xml:space="preserve">Judges will assess accuracy, timing, performance and execution. </w:t>
      </w:r>
    </w:p>
    <w:p w14:paraId="672ABF36" w14:textId="77777777" w:rsidR="00FC7C5F" w:rsidRPr="00E944B4" w:rsidRDefault="00FC7C5F" w:rsidP="00FC7C5F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val="en-GB" w:eastAsia="en-GB"/>
        </w:rPr>
      </w:pPr>
    </w:p>
    <w:p w14:paraId="6DF673B3" w14:textId="77777777" w:rsidR="00EE21A8" w:rsidRPr="00E944B4" w:rsidRDefault="00EE21A8">
      <w:pPr>
        <w:rPr>
          <w:rFonts w:asciiTheme="majorHAnsi" w:hAnsiTheme="majorHAnsi" w:cstheme="majorHAnsi"/>
          <w:color w:val="000000" w:themeColor="text1"/>
        </w:rPr>
      </w:pPr>
    </w:p>
    <w:sectPr w:rsidR="00EE21A8" w:rsidRPr="00E944B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6E23622"/>
    <w:multiLevelType w:val="multilevel"/>
    <w:tmpl w:val="C9181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492B33"/>
    <w:multiLevelType w:val="multilevel"/>
    <w:tmpl w:val="1A94F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DC78AE"/>
    <w:multiLevelType w:val="multilevel"/>
    <w:tmpl w:val="E236A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C75EA3"/>
    <w:multiLevelType w:val="multilevel"/>
    <w:tmpl w:val="AAEA5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6C5CB3"/>
    <w:multiLevelType w:val="multilevel"/>
    <w:tmpl w:val="FBB29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0A0255"/>
    <w:multiLevelType w:val="multilevel"/>
    <w:tmpl w:val="2C90E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DE4B0E"/>
    <w:multiLevelType w:val="multilevel"/>
    <w:tmpl w:val="5B68F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AE76A4"/>
    <w:multiLevelType w:val="multilevel"/>
    <w:tmpl w:val="A4A85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>
      <w:start w:val="12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DF73D20"/>
    <w:multiLevelType w:val="multilevel"/>
    <w:tmpl w:val="52E4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A62B2F"/>
    <w:multiLevelType w:val="multilevel"/>
    <w:tmpl w:val="DB222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657B25"/>
    <w:multiLevelType w:val="multilevel"/>
    <w:tmpl w:val="0876E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CF49F0"/>
    <w:multiLevelType w:val="multilevel"/>
    <w:tmpl w:val="996C3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0F3526"/>
    <w:multiLevelType w:val="multilevel"/>
    <w:tmpl w:val="3F6C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A3A224D"/>
    <w:multiLevelType w:val="multilevel"/>
    <w:tmpl w:val="36BAF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A467DC3"/>
    <w:multiLevelType w:val="multilevel"/>
    <w:tmpl w:val="C9463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E72014"/>
    <w:multiLevelType w:val="multilevel"/>
    <w:tmpl w:val="858CA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0305AA6"/>
    <w:multiLevelType w:val="multilevel"/>
    <w:tmpl w:val="A120E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6D0694"/>
    <w:multiLevelType w:val="multilevel"/>
    <w:tmpl w:val="30024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7631C33"/>
    <w:multiLevelType w:val="multilevel"/>
    <w:tmpl w:val="E96A0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A0A5A11"/>
    <w:multiLevelType w:val="multilevel"/>
    <w:tmpl w:val="144A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A30719D"/>
    <w:multiLevelType w:val="hybridMultilevel"/>
    <w:tmpl w:val="DD4C5816"/>
    <w:lvl w:ilvl="0" w:tplc="9CBC7FF2">
      <w:start w:val="14"/>
      <w:numFmt w:val="decimal"/>
      <w:lvlText w:val="%1"/>
      <w:lvlJc w:val="left"/>
      <w:pPr>
        <w:ind w:left="29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BAB234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66432A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66A9C8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6486D4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08140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2816F2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9220A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70EDD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4F82707"/>
    <w:multiLevelType w:val="multilevel"/>
    <w:tmpl w:val="CA081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5F33C60"/>
    <w:multiLevelType w:val="multilevel"/>
    <w:tmpl w:val="F076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73453DD"/>
    <w:multiLevelType w:val="multilevel"/>
    <w:tmpl w:val="F3B87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1D70AA"/>
    <w:multiLevelType w:val="multilevel"/>
    <w:tmpl w:val="E9A05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65235B"/>
    <w:multiLevelType w:val="multilevel"/>
    <w:tmpl w:val="318EA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3E1C1A"/>
    <w:multiLevelType w:val="multilevel"/>
    <w:tmpl w:val="7C449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6F4A3D"/>
    <w:multiLevelType w:val="hybridMultilevel"/>
    <w:tmpl w:val="8C181DA0"/>
    <w:lvl w:ilvl="0" w:tplc="E112EFB0">
      <w:start w:val="14"/>
      <w:numFmt w:val="decimal"/>
      <w:lvlText w:val="%1"/>
      <w:lvlJc w:val="left"/>
      <w:pPr>
        <w:ind w:left="29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FA7892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F0CF96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70FFD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6AC49E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390EF1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C84F56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38BF96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AC8E32E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A897ADD"/>
    <w:multiLevelType w:val="multilevel"/>
    <w:tmpl w:val="9140E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390E9D"/>
    <w:multiLevelType w:val="multilevel"/>
    <w:tmpl w:val="AAFE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2657D78"/>
    <w:multiLevelType w:val="multilevel"/>
    <w:tmpl w:val="7FD0D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3D6368"/>
    <w:multiLevelType w:val="multilevel"/>
    <w:tmpl w:val="914A4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6B32043"/>
    <w:multiLevelType w:val="multilevel"/>
    <w:tmpl w:val="C1F6A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2C4310"/>
    <w:multiLevelType w:val="multilevel"/>
    <w:tmpl w:val="F5545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9CE6327"/>
    <w:multiLevelType w:val="multilevel"/>
    <w:tmpl w:val="5AE2F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AB45C28"/>
    <w:multiLevelType w:val="multilevel"/>
    <w:tmpl w:val="518CB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069437A"/>
    <w:multiLevelType w:val="hybridMultilevel"/>
    <w:tmpl w:val="A2924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B06C53"/>
    <w:multiLevelType w:val="multilevel"/>
    <w:tmpl w:val="15D27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9243C42"/>
    <w:multiLevelType w:val="multilevel"/>
    <w:tmpl w:val="E750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99340BB"/>
    <w:multiLevelType w:val="multilevel"/>
    <w:tmpl w:val="F2E87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99A60F0"/>
    <w:multiLevelType w:val="multilevel"/>
    <w:tmpl w:val="400A4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C255E41"/>
    <w:multiLevelType w:val="multilevel"/>
    <w:tmpl w:val="46160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CE3722C"/>
    <w:multiLevelType w:val="multilevel"/>
    <w:tmpl w:val="B2DE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DD10950"/>
    <w:multiLevelType w:val="multilevel"/>
    <w:tmpl w:val="0940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FB46B0E"/>
    <w:multiLevelType w:val="multilevel"/>
    <w:tmpl w:val="82929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8937812">
    <w:abstractNumId w:val="5"/>
  </w:num>
  <w:num w:numId="2" w16cid:durableId="1704864359">
    <w:abstractNumId w:val="3"/>
  </w:num>
  <w:num w:numId="3" w16cid:durableId="437724618">
    <w:abstractNumId w:val="2"/>
  </w:num>
  <w:num w:numId="4" w16cid:durableId="529998200">
    <w:abstractNumId w:val="4"/>
  </w:num>
  <w:num w:numId="5" w16cid:durableId="1235630141">
    <w:abstractNumId w:val="1"/>
  </w:num>
  <w:num w:numId="6" w16cid:durableId="1481842176">
    <w:abstractNumId w:val="0"/>
  </w:num>
  <w:num w:numId="7" w16cid:durableId="749232320">
    <w:abstractNumId w:val="7"/>
  </w:num>
  <w:num w:numId="8" w16cid:durableId="831409671">
    <w:abstractNumId w:val="40"/>
  </w:num>
  <w:num w:numId="9" w16cid:durableId="2143881435">
    <w:abstractNumId w:val="8"/>
  </w:num>
  <w:num w:numId="10" w16cid:durableId="234975575">
    <w:abstractNumId w:val="47"/>
  </w:num>
  <w:num w:numId="11" w16cid:durableId="1043872445">
    <w:abstractNumId w:val="45"/>
  </w:num>
  <w:num w:numId="12" w16cid:durableId="1717509574">
    <w:abstractNumId w:val="16"/>
  </w:num>
  <w:num w:numId="13" w16cid:durableId="1630359251">
    <w:abstractNumId w:val="50"/>
  </w:num>
  <w:num w:numId="14" w16cid:durableId="1837108808">
    <w:abstractNumId w:val="32"/>
  </w:num>
  <w:num w:numId="15" w16cid:durableId="222180591">
    <w:abstractNumId w:val="29"/>
  </w:num>
  <w:num w:numId="16" w16cid:durableId="1846817109">
    <w:abstractNumId w:val="12"/>
  </w:num>
  <w:num w:numId="17" w16cid:durableId="1879006284">
    <w:abstractNumId w:val="22"/>
  </w:num>
  <w:num w:numId="18" w16cid:durableId="1812670842">
    <w:abstractNumId w:val="15"/>
  </w:num>
  <w:num w:numId="19" w16cid:durableId="1296135318">
    <w:abstractNumId w:val="28"/>
  </w:num>
  <w:num w:numId="20" w16cid:durableId="436365988">
    <w:abstractNumId w:val="18"/>
  </w:num>
  <w:num w:numId="21" w16cid:durableId="1704592349">
    <w:abstractNumId w:val="23"/>
  </w:num>
  <w:num w:numId="22" w16cid:durableId="283780410">
    <w:abstractNumId w:val="30"/>
  </w:num>
  <w:num w:numId="23" w16cid:durableId="1739940701">
    <w:abstractNumId w:val="10"/>
  </w:num>
  <w:num w:numId="24" w16cid:durableId="123162431">
    <w:abstractNumId w:val="36"/>
  </w:num>
  <w:num w:numId="25" w16cid:durableId="789200930">
    <w:abstractNumId w:val="44"/>
  </w:num>
  <w:num w:numId="26" w16cid:durableId="881213285">
    <w:abstractNumId w:val="34"/>
  </w:num>
  <w:num w:numId="27" w16cid:durableId="1294024003">
    <w:abstractNumId w:val="48"/>
  </w:num>
  <w:num w:numId="28" w16cid:durableId="24914149">
    <w:abstractNumId w:val="41"/>
  </w:num>
  <w:num w:numId="29" w16cid:durableId="1695225274">
    <w:abstractNumId w:val="27"/>
  </w:num>
  <w:num w:numId="30" w16cid:durableId="1791779363">
    <w:abstractNumId w:val="43"/>
  </w:num>
  <w:num w:numId="31" w16cid:durableId="2131510425">
    <w:abstractNumId w:val="38"/>
  </w:num>
  <w:num w:numId="32" w16cid:durableId="625083097">
    <w:abstractNumId w:val="21"/>
  </w:num>
  <w:num w:numId="33" w16cid:durableId="845284408">
    <w:abstractNumId w:val="24"/>
  </w:num>
  <w:num w:numId="34" w16cid:durableId="1141583224">
    <w:abstractNumId w:val="13"/>
  </w:num>
  <w:num w:numId="35" w16cid:durableId="866680268">
    <w:abstractNumId w:val="20"/>
  </w:num>
  <w:num w:numId="36" w16cid:durableId="2030570594">
    <w:abstractNumId w:val="9"/>
  </w:num>
  <w:num w:numId="37" w16cid:durableId="1947227155">
    <w:abstractNumId w:val="37"/>
  </w:num>
  <w:num w:numId="38" w16cid:durableId="1458793849">
    <w:abstractNumId w:val="49"/>
  </w:num>
  <w:num w:numId="39" w16cid:durableId="316421250">
    <w:abstractNumId w:val="19"/>
  </w:num>
  <w:num w:numId="40" w16cid:durableId="1845778830">
    <w:abstractNumId w:val="39"/>
  </w:num>
  <w:num w:numId="41" w16cid:durableId="305548865">
    <w:abstractNumId w:val="17"/>
  </w:num>
  <w:num w:numId="42" w16cid:durableId="1566717842">
    <w:abstractNumId w:val="25"/>
  </w:num>
  <w:num w:numId="43" w16cid:durableId="1735812305">
    <w:abstractNumId w:val="14"/>
  </w:num>
  <w:num w:numId="44" w16cid:durableId="58215480">
    <w:abstractNumId w:val="46"/>
  </w:num>
  <w:num w:numId="45" w16cid:durableId="229579043">
    <w:abstractNumId w:val="6"/>
  </w:num>
  <w:num w:numId="46" w16cid:durableId="885214698">
    <w:abstractNumId w:val="31"/>
  </w:num>
  <w:num w:numId="47" w16cid:durableId="2067675730">
    <w:abstractNumId w:val="35"/>
  </w:num>
  <w:num w:numId="48" w16cid:durableId="2114781346">
    <w:abstractNumId w:val="11"/>
  </w:num>
  <w:num w:numId="49" w16cid:durableId="903950963">
    <w:abstractNumId w:val="26"/>
  </w:num>
  <w:num w:numId="50" w16cid:durableId="1233078426">
    <w:abstractNumId w:val="33"/>
  </w:num>
  <w:num w:numId="51" w16cid:durableId="1098135821">
    <w:abstractNumId w:val="42"/>
  </w:num>
  <w:numIdMacAtCleanup w:val="4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A26"/>
    <w:rsid w:val="0000225C"/>
    <w:rsid w:val="0000792E"/>
    <w:rsid w:val="0001444B"/>
    <w:rsid w:val="000254F4"/>
    <w:rsid w:val="00034616"/>
    <w:rsid w:val="000367FD"/>
    <w:rsid w:val="000369D5"/>
    <w:rsid w:val="00042BAC"/>
    <w:rsid w:val="00057B64"/>
    <w:rsid w:val="0006063C"/>
    <w:rsid w:val="00062ED1"/>
    <w:rsid w:val="0007189A"/>
    <w:rsid w:val="000C2E85"/>
    <w:rsid w:val="000C4639"/>
    <w:rsid w:val="000D0C14"/>
    <w:rsid w:val="000D5030"/>
    <w:rsid w:val="000E34A6"/>
    <w:rsid w:val="000F3D8B"/>
    <w:rsid w:val="000F78C5"/>
    <w:rsid w:val="00107890"/>
    <w:rsid w:val="0015074B"/>
    <w:rsid w:val="0015096D"/>
    <w:rsid w:val="00157708"/>
    <w:rsid w:val="001733E7"/>
    <w:rsid w:val="00187F1A"/>
    <w:rsid w:val="00197065"/>
    <w:rsid w:val="001A0707"/>
    <w:rsid w:val="001A399B"/>
    <w:rsid w:val="001B7E77"/>
    <w:rsid w:val="001C0194"/>
    <w:rsid w:val="001F2399"/>
    <w:rsid w:val="001F264D"/>
    <w:rsid w:val="00202C66"/>
    <w:rsid w:val="002262F6"/>
    <w:rsid w:val="00230A01"/>
    <w:rsid w:val="00247D54"/>
    <w:rsid w:val="00253CAD"/>
    <w:rsid w:val="002626B6"/>
    <w:rsid w:val="00266997"/>
    <w:rsid w:val="00275F1B"/>
    <w:rsid w:val="0029639D"/>
    <w:rsid w:val="002B5151"/>
    <w:rsid w:val="002B6BAC"/>
    <w:rsid w:val="00326F90"/>
    <w:rsid w:val="00327231"/>
    <w:rsid w:val="00350F57"/>
    <w:rsid w:val="003529D3"/>
    <w:rsid w:val="00356964"/>
    <w:rsid w:val="00366775"/>
    <w:rsid w:val="00394729"/>
    <w:rsid w:val="00397356"/>
    <w:rsid w:val="00397AA8"/>
    <w:rsid w:val="003A1634"/>
    <w:rsid w:val="003B4850"/>
    <w:rsid w:val="003B5932"/>
    <w:rsid w:val="003C03EA"/>
    <w:rsid w:val="003D1821"/>
    <w:rsid w:val="003D2C88"/>
    <w:rsid w:val="003E22FC"/>
    <w:rsid w:val="003F0FCA"/>
    <w:rsid w:val="003F12E1"/>
    <w:rsid w:val="003F5993"/>
    <w:rsid w:val="003F746E"/>
    <w:rsid w:val="0041326B"/>
    <w:rsid w:val="00443380"/>
    <w:rsid w:val="0044613F"/>
    <w:rsid w:val="0045215A"/>
    <w:rsid w:val="0045751A"/>
    <w:rsid w:val="004604B0"/>
    <w:rsid w:val="004736F4"/>
    <w:rsid w:val="00477697"/>
    <w:rsid w:val="00481CE4"/>
    <w:rsid w:val="004944F8"/>
    <w:rsid w:val="00495991"/>
    <w:rsid w:val="004D2867"/>
    <w:rsid w:val="004E18C5"/>
    <w:rsid w:val="004E2CAD"/>
    <w:rsid w:val="004F2046"/>
    <w:rsid w:val="00500318"/>
    <w:rsid w:val="00500EC1"/>
    <w:rsid w:val="00502C5E"/>
    <w:rsid w:val="00537560"/>
    <w:rsid w:val="00541C25"/>
    <w:rsid w:val="00546C16"/>
    <w:rsid w:val="00550E71"/>
    <w:rsid w:val="005514F4"/>
    <w:rsid w:val="00557D08"/>
    <w:rsid w:val="00594BF8"/>
    <w:rsid w:val="005974D8"/>
    <w:rsid w:val="00597B93"/>
    <w:rsid w:val="005B57BB"/>
    <w:rsid w:val="005C1148"/>
    <w:rsid w:val="005D0426"/>
    <w:rsid w:val="005F174D"/>
    <w:rsid w:val="005F3606"/>
    <w:rsid w:val="005F5A5C"/>
    <w:rsid w:val="00606EE7"/>
    <w:rsid w:val="00620C04"/>
    <w:rsid w:val="006214F3"/>
    <w:rsid w:val="006346BB"/>
    <w:rsid w:val="00662E8C"/>
    <w:rsid w:val="006716F8"/>
    <w:rsid w:val="006740E4"/>
    <w:rsid w:val="0069161F"/>
    <w:rsid w:val="006A5C26"/>
    <w:rsid w:val="006B3ADF"/>
    <w:rsid w:val="006B6D57"/>
    <w:rsid w:val="006C0942"/>
    <w:rsid w:val="006C2285"/>
    <w:rsid w:val="006C37CF"/>
    <w:rsid w:val="006D7F1B"/>
    <w:rsid w:val="006F6BEB"/>
    <w:rsid w:val="00705E77"/>
    <w:rsid w:val="00712C9C"/>
    <w:rsid w:val="00714189"/>
    <w:rsid w:val="00750480"/>
    <w:rsid w:val="00750C99"/>
    <w:rsid w:val="00753A00"/>
    <w:rsid w:val="00763B89"/>
    <w:rsid w:val="00770609"/>
    <w:rsid w:val="00773D2C"/>
    <w:rsid w:val="007740C9"/>
    <w:rsid w:val="007839F8"/>
    <w:rsid w:val="007B2447"/>
    <w:rsid w:val="007B6D2D"/>
    <w:rsid w:val="008003D4"/>
    <w:rsid w:val="00807133"/>
    <w:rsid w:val="0081164E"/>
    <w:rsid w:val="00811DCB"/>
    <w:rsid w:val="008244B4"/>
    <w:rsid w:val="008263CA"/>
    <w:rsid w:val="00830FF0"/>
    <w:rsid w:val="00831867"/>
    <w:rsid w:val="008533DD"/>
    <w:rsid w:val="0086373F"/>
    <w:rsid w:val="00872361"/>
    <w:rsid w:val="00882469"/>
    <w:rsid w:val="00882FC7"/>
    <w:rsid w:val="008A07C6"/>
    <w:rsid w:val="008A232C"/>
    <w:rsid w:val="008C4F45"/>
    <w:rsid w:val="008E1093"/>
    <w:rsid w:val="00906BC6"/>
    <w:rsid w:val="00935944"/>
    <w:rsid w:val="00953E1B"/>
    <w:rsid w:val="009561B3"/>
    <w:rsid w:val="00964E00"/>
    <w:rsid w:val="009654B5"/>
    <w:rsid w:val="0097456D"/>
    <w:rsid w:val="00977F0F"/>
    <w:rsid w:val="009826D0"/>
    <w:rsid w:val="009837A6"/>
    <w:rsid w:val="00984DE8"/>
    <w:rsid w:val="009871D4"/>
    <w:rsid w:val="0099264E"/>
    <w:rsid w:val="009A1117"/>
    <w:rsid w:val="009A448B"/>
    <w:rsid w:val="009A5D11"/>
    <w:rsid w:val="009B6E07"/>
    <w:rsid w:val="009C5ED5"/>
    <w:rsid w:val="009C6A41"/>
    <w:rsid w:val="009C74DF"/>
    <w:rsid w:val="009F324B"/>
    <w:rsid w:val="009F5443"/>
    <w:rsid w:val="00A04B27"/>
    <w:rsid w:val="00A265A2"/>
    <w:rsid w:val="00A26FF9"/>
    <w:rsid w:val="00A34F5E"/>
    <w:rsid w:val="00A4527E"/>
    <w:rsid w:val="00A522EB"/>
    <w:rsid w:val="00A64004"/>
    <w:rsid w:val="00A85DFA"/>
    <w:rsid w:val="00AA1D8D"/>
    <w:rsid w:val="00AC2F4A"/>
    <w:rsid w:val="00AC752C"/>
    <w:rsid w:val="00AD1AD4"/>
    <w:rsid w:val="00AF34C1"/>
    <w:rsid w:val="00B02C15"/>
    <w:rsid w:val="00B15D8A"/>
    <w:rsid w:val="00B30BDF"/>
    <w:rsid w:val="00B37443"/>
    <w:rsid w:val="00B47730"/>
    <w:rsid w:val="00B47BCF"/>
    <w:rsid w:val="00B557EF"/>
    <w:rsid w:val="00B75DD9"/>
    <w:rsid w:val="00B810CE"/>
    <w:rsid w:val="00B81B51"/>
    <w:rsid w:val="00B921E2"/>
    <w:rsid w:val="00BA1B8C"/>
    <w:rsid w:val="00BA4D7E"/>
    <w:rsid w:val="00BC2EBD"/>
    <w:rsid w:val="00BE28D5"/>
    <w:rsid w:val="00BE69AC"/>
    <w:rsid w:val="00BF6408"/>
    <w:rsid w:val="00C039B9"/>
    <w:rsid w:val="00C12CC5"/>
    <w:rsid w:val="00C15520"/>
    <w:rsid w:val="00C174CD"/>
    <w:rsid w:val="00C2057B"/>
    <w:rsid w:val="00C30152"/>
    <w:rsid w:val="00C33E2A"/>
    <w:rsid w:val="00C34D2B"/>
    <w:rsid w:val="00C47263"/>
    <w:rsid w:val="00C551E3"/>
    <w:rsid w:val="00C622C0"/>
    <w:rsid w:val="00C9082A"/>
    <w:rsid w:val="00C92427"/>
    <w:rsid w:val="00C931DA"/>
    <w:rsid w:val="00C95901"/>
    <w:rsid w:val="00C96B0F"/>
    <w:rsid w:val="00CB0664"/>
    <w:rsid w:val="00CC14A8"/>
    <w:rsid w:val="00CC7A01"/>
    <w:rsid w:val="00CD3EC8"/>
    <w:rsid w:val="00CE1BC7"/>
    <w:rsid w:val="00CE6DC5"/>
    <w:rsid w:val="00CF0993"/>
    <w:rsid w:val="00D00748"/>
    <w:rsid w:val="00D02766"/>
    <w:rsid w:val="00D07CCF"/>
    <w:rsid w:val="00D20359"/>
    <w:rsid w:val="00D37685"/>
    <w:rsid w:val="00D65517"/>
    <w:rsid w:val="00D67C39"/>
    <w:rsid w:val="00D9562F"/>
    <w:rsid w:val="00DA5E1D"/>
    <w:rsid w:val="00DB22A1"/>
    <w:rsid w:val="00DB7207"/>
    <w:rsid w:val="00DE5E59"/>
    <w:rsid w:val="00DF7943"/>
    <w:rsid w:val="00DF7A79"/>
    <w:rsid w:val="00E01CFA"/>
    <w:rsid w:val="00E06E0A"/>
    <w:rsid w:val="00E14102"/>
    <w:rsid w:val="00E155D1"/>
    <w:rsid w:val="00E16FC8"/>
    <w:rsid w:val="00E25EDB"/>
    <w:rsid w:val="00E2681E"/>
    <w:rsid w:val="00E26DCA"/>
    <w:rsid w:val="00E33CA9"/>
    <w:rsid w:val="00E34583"/>
    <w:rsid w:val="00E944B4"/>
    <w:rsid w:val="00EB7771"/>
    <w:rsid w:val="00EE21A8"/>
    <w:rsid w:val="00F018BA"/>
    <w:rsid w:val="00F277EE"/>
    <w:rsid w:val="00F52451"/>
    <w:rsid w:val="00F5799C"/>
    <w:rsid w:val="00F8470E"/>
    <w:rsid w:val="00F86F12"/>
    <w:rsid w:val="00FA2A84"/>
    <w:rsid w:val="00FA2E37"/>
    <w:rsid w:val="00FC693F"/>
    <w:rsid w:val="00FC789A"/>
    <w:rsid w:val="00FC7C5F"/>
    <w:rsid w:val="00FE12F4"/>
    <w:rsid w:val="00FF2067"/>
    <w:rsid w:val="00FF6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94BA37"/>
  <w14:defaultImageDpi w14:val="300"/>
  <w15:docId w15:val="{1B4E80E4-F468-4433-AF51-EAC744E8A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79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10CDFDF-B4E1-4028-9A60-0070A6F964E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1716</Words>
  <Characters>9787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Daisy Sloman</cp:lastModifiedBy>
  <cp:revision>2</cp:revision>
  <cp:lastPrinted>2026-09-07T09:07:00Z</cp:lastPrinted>
  <dcterms:created xsi:type="dcterms:W3CDTF">2026-09-16T21:19:00Z</dcterms:created>
  <dcterms:modified xsi:type="dcterms:W3CDTF">2026-09-16T21:19:00Z</dcterms:modified>
  <cp:category/>
</cp:coreProperties>
</file>