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46E" w:rsidRPr="000D5030" w:rsidRDefault="003F746E" w:rsidP="003F74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val="en-GB" w:eastAsia="en-GB"/>
        </w:rPr>
      </w:pPr>
      <w:bookmarkStart w:id="0" w:name="_Hlk227256336"/>
      <w:bookmarkStart w:id="1" w:name="_GoBack"/>
      <w:r w:rsidRPr="000D503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val="en-GB" w:eastAsia="en-GB"/>
        </w:rPr>
        <w:t>SOAR SDC REGIONAL COMPETITION RULES</w:t>
      </w:r>
    </w:p>
    <w:bookmarkEnd w:id="1"/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September 2026 – July 2027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</w: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Version 1 Official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1. PURPOSE OF SOAR SDC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SDC competitions are designed to provide a:</w:t>
      </w:r>
    </w:p>
    <w:p w:rsidR="003F746E" w:rsidRPr="009B6E07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Safe</w:t>
      </w:r>
    </w:p>
    <w:p w:rsidR="003F746E" w:rsidRPr="009B6E07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Inclusive</w:t>
      </w:r>
    </w:p>
    <w:p w:rsidR="003F746E" w:rsidRPr="009B6E07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Fair</w:t>
      </w:r>
    </w:p>
    <w:p w:rsidR="003F746E" w:rsidRPr="009B6E07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High-standard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environment for street dancers to develop, compete, and progress.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Our structure supports:</w:t>
      </w:r>
    </w:p>
    <w:p w:rsidR="003F746E" w:rsidRPr="009B6E07" w:rsidRDefault="003F746E" w:rsidP="006A5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Clear progression pathways</w:t>
      </w:r>
    </w:p>
    <w:p w:rsidR="003F746E" w:rsidRPr="009B6E07" w:rsidRDefault="003F746E" w:rsidP="006A5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Consistency across all events</w:t>
      </w:r>
    </w:p>
    <w:p w:rsidR="003F746E" w:rsidRPr="009B6E07" w:rsidRDefault="003F746E" w:rsidP="006A5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Positive competition experiences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2. AGE CATEGORIES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The following age categories apply across all sections:</w:t>
      </w:r>
    </w:p>
    <w:p w:rsidR="003F746E" w:rsidRPr="009B6E07" w:rsidRDefault="003F746E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6 &amp; Under (Open only)</w:t>
      </w:r>
    </w:p>
    <w:p w:rsidR="003F746E" w:rsidRPr="009B6E07" w:rsidRDefault="003F746E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8 &amp; Under</w:t>
      </w:r>
    </w:p>
    <w:p w:rsidR="003F746E" w:rsidRPr="009B6E07" w:rsidRDefault="003F746E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10 &amp; Under</w:t>
      </w:r>
    </w:p>
    <w:p w:rsidR="003F746E" w:rsidRPr="009B6E07" w:rsidRDefault="003F746E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12 &amp; Under</w:t>
      </w:r>
    </w:p>
    <w:p w:rsidR="003F746E" w:rsidRPr="009B6E07" w:rsidRDefault="003F746E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14 &amp; Under</w:t>
      </w:r>
    </w:p>
    <w:p w:rsidR="003F746E" w:rsidRPr="009B6E07" w:rsidRDefault="003F746E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16 &amp; Under</w:t>
      </w:r>
    </w:p>
    <w:p w:rsidR="003F746E" w:rsidRPr="009B6E07" w:rsidRDefault="003F746E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17 &amp; Over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Ages are based on the dancer’s age on the day of competition.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lastRenderedPageBreak/>
        <w:t>3. ABILITY LEVELS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uses four ability levels:</w:t>
      </w:r>
    </w:p>
    <w:p w:rsidR="003F746E" w:rsidRPr="009B6E07" w:rsidRDefault="003F746E" w:rsidP="006A5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Newcomer</w:t>
      </w:r>
    </w:p>
    <w:p w:rsidR="003F746E" w:rsidRPr="009B6E07" w:rsidRDefault="003F746E" w:rsidP="006A5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Novice</w:t>
      </w:r>
    </w:p>
    <w:p w:rsidR="003F746E" w:rsidRPr="009B6E07" w:rsidRDefault="003F746E" w:rsidP="006A5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Intermediate</w:t>
      </w:r>
    </w:p>
    <w:p w:rsidR="003F746E" w:rsidRPr="009B6E07" w:rsidRDefault="003F746E" w:rsidP="006A5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Advanced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Newcomer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First-time competitors only.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Must not have previously placed in any street dance competition.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Novice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For dancers with some competition experience.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Must enter here if progressed from Newcomer.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Intermediate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For dancers with strong competition experience.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Must enter here if progressed from Novice.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en-GB"/>
        </w:rPr>
        <w:t>Advanced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The highest level at SOAR.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For experienced dancers demonstrating advanced ability.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4. PROGRESSION RULES (SOLOS &amp; DUOS)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To ensure fairness and consistency, SOAR uses a structured progression system.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Minimum Entry Rule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Progression applies only where there are 5 or more dancers or entries.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Newcomer → Novice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Top 6 must move up.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Novice → Intermediate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Progression depends on category size:</w:t>
      </w:r>
    </w:p>
    <w:p w:rsidR="003F746E" w:rsidRPr="009B6E07" w:rsidRDefault="003F746E" w:rsidP="006A5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Up to 14 dancers → Top 3 move up</w:t>
      </w:r>
    </w:p>
    <w:p w:rsidR="003F746E" w:rsidRPr="009B6E07" w:rsidRDefault="003F746E" w:rsidP="006A5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15 or more dancers → Top 6 move up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lastRenderedPageBreak/>
        <w:t>Intermediate → Advanced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Top 3 placement must be achieved twice within a season.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SOAR RECOMMENDED PROGRESSION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reserves the right to recommend dancers to move up to a higher category based on:</w:t>
      </w:r>
    </w:p>
    <w:p w:rsidR="003F746E" w:rsidRPr="009B6E07" w:rsidRDefault="003F746E" w:rsidP="006A5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Performance level</w:t>
      </w:r>
    </w:p>
    <w:p w:rsidR="003F746E" w:rsidRPr="009B6E07" w:rsidRDefault="003F746E" w:rsidP="006A5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Consistency across rounds</w:t>
      </w:r>
    </w:p>
    <w:p w:rsidR="003F746E" w:rsidRPr="009B6E07" w:rsidRDefault="003F746E" w:rsidP="006A5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Category size and standard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Following each event, SOAR </w:t>
      </w:r>
      <w:r w:rsidR="006A5C26"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will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provide progression guidance to dance schools, highlighting dancers who are ready to move up.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These recommendations are made to:</w:t>
      </w:r>
    </w:p>
    <w:p w:rsidR="003F746E" w:rsidRPr="009B6E07" w:rsidRDefault="003F746E" w:rsidP="006A5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Support fair competition</w:t>
      </w:r>
    </w:p>
    <w:p w:rsidR="003F746E" w:rsidRPr="009B6E07" w:rsidRDefault="003F746E" w:rsidP="006A5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Encourage dancer development</w:t>
      </w:r>
    </w:p>
    <w:p w:rsidR="003F746E" w:rsidRPr="009B6E07" w:rsidRDefault="003F746E" w:rsidP="006A5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Maintain appropriate category standards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While final entry decisions remain the responsibility of the dance school, SOAR expects all schools to act in the spirit of fairness and integrity.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Additional Progression Rules</w:t>
      </w:r>
    </w:p>
    <w:p w:rsidR="003F746E" w:rsidRPr="009B6E07" w:rsidRDefault="003F746E" w:rsidP="006A5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Once a dancer moves up, they cannot move back down within the same age category</w:t>
      </w:r>
    </w:p>
    <w:p w:rsidR="003F746E" w:rsidRPr="009B6E07" w:rsidRDefault="003F746E" w:rsidP="006A5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When moving into a new age category, dancers may move down one level only</w:t>
      </w:r>
    </w:p>
    <w:p w:rsidR="003F746E" w:rsidRPr="009B6E07" w:rsidRDefault="003F746E" w:rsidP="006A5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Dancers can never return to Newcomer once progressed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Progression applies across:</w:t>
      </w:r>
    </w:p>
    <w:p w:rsidR="003F746E" w:rsidRPr="009B6E07" w:rsidRDefault="003F746E" w:rsidP="006A5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Solos</w:t>
      </w:r>
    </w:p>
    <w:p w:rsidR="003F746E" w:rsidRPr="009B6E07" w:rsidRDefault="003F746E" w:rsidP="006A5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Duos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5. GENERAL COMPETITION RULES</w:t>
      </w:r>
    </w:p>
    <w:p w:rsidR="003F746E" w:rsidRPr="009B6E07" w:rsidRDefault="003F746E" w:rsidP="006A5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lastRenderedPageBreak/>
        <w:t>Dancers must compete in the correct age and ability category</w:t>
      </w:r>
    </w:p>
    <w:p w:rsidR="003F746E" w:rsidRPr="009B6E07" w:rsidRDefault="003F746E" w:rsidP="006A5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reserves the right to:</w:t>
      </w:r>
    </w:p>
    <w:p w:rsidR="003F746E" w:rsidRPr="009B6E07" w:rsidRDefault="003F746E" w:rsidP="006A5C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Move dancers into appropriate categories</w:t>
      </w:r>
    </w:p>
    <w:p w:rsidR="003F746E" w:rsidRPr="009B6E07" w:rsidRDefault="003F746E" w:rsidP="006A5C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Combine categories where numbers are low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All participants must follow the SOAR Code of Conduct.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6. SOLOS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Format:</w:t>
      </w:r>
    </w:p>
    <w:p w:rsidR="003F746E" w:rsidRPr="009B6E07" w:rsidRDefault="003F746E" w:rsidP="006A5C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Freestyle</w:t>
      </w:r>
    </w:p>
    <w:p w:rsidR="003F746E" w:rsidRPr="009B6E07" w:rsidRDefault="003F746E" w:rsidP="006A5C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Music selected by SOAR DJ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Rules:</w:t>
      </w:r>
    </w:p>
    <w:p w:rsidR="003F746E" w:rsidRPr="009B6E07" w:rsidRDefault="003F746E" w:rsidP="006A5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Dancers must compete in the correct age and level</w:t>
      </w:r>
    </w:p>
    <w:p w:rsidR="003F746E" w:rsidRPr="009B6E07" w:rsidRDefault="003F746E" w:rsidP="006A5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Teachers must compete in Advanced</w:t>
      </w:r>
    </w:p>
    <w:p w:rsidR="003F746E" w:rsidRPr="009B6E07" w:rsidRDefault="003F746E" w:rsidP="006A5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Controlled tricks are permitted in finals only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7. DUOS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Rules:</w:t>
      </w:r>
    </w:p>
    <w:p w:rsidR="003F746E" w:rsidRPr="009B6E07" w:rsidRDefault="003F746E" w:rsidP="006A5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Must compete in the highest level of the two dancers</w:t>
      </w:r>
    </w:p>
    <w:p w:rsidR="003F746E" w:rsidRPr="009B6E07" w:rsidRDefault="003F746E" w:rsidP="006A5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Must compete in the oldest age category</w:t>
      </w:r>
    </w:p>
    <w:p w:rsidR="003F746E" w:rsidRPr="009B6E07" w:rsidRDefault="003F746E" w:rsidP="006A5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Controlled tricks are permitted in finals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8. TEAMS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Structure:</w:t>
      </w:r>
    </w:p>
    <w:p w:rsidR="003F746E" w:rsidRPr="009B6E07" w:rsidRDefault="003F746E" w:rsidP="006A5C2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5–25 dancers per team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Rules:</w:t>
      </w:r>
    </w:p>
    <w:p w:rsidR="003F746E" w:rsidRPr="009B6E07" w:rsidRDefault="003F746E" w:rsidP="006A5C2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Dancers may compete in one team only</w:t>
      </w:r>
    </w:p>
    <w:p w:rsidR="003F746E" w:rsidRPr="009B6E07" w:rsidRDefault="003F746E" w:rsidP="006A5C2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No more than 25% of the team may be above the stated age category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lastRenderedPageBreak/>
        <w:t>Team Progression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Minimum of 4 teams required for progression rules to apply.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Newcomer → Novice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Top 3 placement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Novice → Intermediate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Top 3 placement achieved twice within a season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Intermediate → Advanced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Top 2 placement achieved twice within a season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Teams cannot move back down once progressed.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Teacher Participation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Teachers may perform within team categories.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Teachers are only permitted to compete in:</w:t>
      </w:r>
    </w:p>
    <w:p w:rsidR="003F746E" w:rsidRPr="009B6E07" w:rsidRDefault="003F746E" w:rsidP="006A5C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Intermediate</w:t>
      </w:r>
    </w:p>
    <w:p w:rsidR="003F746E" w:rsidRPr="009B6E07" w:rsidRDefault="003F746E" w:rsidP="006A5C2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Advanced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Category Adjustments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reserves the right to combine categories where there are three teams or fewer.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Parent Teams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Parent teams follow Novice rules.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9. MEGACREWS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Structure:</w:t>
      </w:r>
    </w:p>
    <w:p w:rsidR="003F746E" w:rsidRPr="009B6E07" w:rsidRDefault="003F746E" w:rsidP="006A5C2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18–40 dancers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Rules:</w:t>
      </w:r>
    </w:p>
    <w:p w:rsidR="003F746E" w:rsidRPr="009B6E07" w:rsidRDefault="003F746E" w:rsidP="006A5C2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Maximum routine length: 4 minutes</w:t>
      </w:r>
    </w:p>
    <w:p w:rsidR="003F746E" w:rsidRPr="009B6E07" w:rsidRDefault="003F746E" w:rsidP="006A5C2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No limit on number of songs used</w:t>
      </w:r>
    </w:p>
    <w:p w:rsidR="003F746E" w:rsidRPr="009B6E07" w:rsidRDefault="003F746E" w:rsidP="006A5C2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At least 75% of dancers must perform for a minimum of 2 minutes</w:t>
      </w:r>
    </w:p>
    <w:p w:rsidR="003F746E" w:rsidRPr="009B6E07" w:rsidRDefault="003F746E" w:rsidP="006A5C2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lastRenderedPageBreak/>
        <w:t>No age or ability categories</w:t>
      </w:r>
    </w:p>
    <w:p w:rsidR="003F746E" w:rsidRPr="009B6E07" w:rsidRDefault="003F746E" w:rsidP="006A5C2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Tricks are permitted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10. BATTLES (REGIONALS)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Styles:</w:t>
      </w:r>
    </w:p>
    <w:p w:rsidR="003F746E" w:rsidRPr="009B6E07" w:rsidRDefault="003F746E" w:rsidP="006A5C2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House</w:t>
      </w:r>
    </w:p>
    <w:p w:rsidR="003F746E" w:rsidRPr="009B6E07" w:rsidRDefault="003F746E" w:rsidP="006A5C2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Hip Hop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(Styles may vary by regional event)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Age Categories:</w:t>
      </w:r>
    </w:p>
    <w:p w:rsidR="003F746E" w:rsidRPr="009B6E07" w:rsidRDefault="003F746E" w:rsidP="006A5C2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13 &amp; Under</w:t>
      </w:r>
    </w:p>
    <w:p w:rsidR="003F746E" w:rsidRPr="009B6E07" w:rsidRDefault="003F746E" w:rsidP="006A5C2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14 &amp; Over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Entry Limits:</w:t>
      </w:r>
    </w:p>
    <w:p w:rsidR="003F746E" w:rsidRPr="009B6E07" w:rsidRDefault="003F746E" w:rsidP="006A5C2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Maximum 20 dancers per category per style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Format:</w:t>
      </w:r>
    </w:p>
    <w:p w:rsidR="003F746E" w:rsidRPr="009B6E07" w:rsidRDefault="003F746E" w:rsidP="006A5C2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Each dancer performs a freestyle round (approximately 25 seconds)</w:t>
      </w:r>
    </w:p>
    <w:p w:rsidR="003F746E" w:rsidRPr="009B6E07" w:rsidRDefault="003F746E" w:rsidP="006A5C2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Judges select their Top 8 dancers</w:t>
      </w:r>
    </w:p>
    <w:p w:rsidR="003F746E" w:rsidRPr="009B6E07" w:rsidRDefault="003F746E" w:rsidP="006A5C2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Top 8 progress to 1v1 battle rounds</w:t>
      </w:r>
    </w:p>
    <w:p w:rsidR="003F746E" w:rsidRPr="009B6E07" w:rsidRDefault="003F746E" w:rsidP="006A5C2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Each dancer receives approximately 30 seconds per round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Final:</w:t>
      </w:r>
    </w:p>
    <w:p w:rsidR="003F746E" w:rsidRPr="009B6E07" w:rsidRDefault="003F746E" w:rsidP="006A5C2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Each dancer performs 2 rounds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11. MUSIC &amp; PERFORMANCE RULES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Penalties may be applied for:</w:t>
      </w:r>
    </w:p>
    <w:p w:rsidR="003F746E" w:rsidRPr="009B6E07" w:rsidRDefault="003F746E" w:rsidP="006A5C2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Swearing or inappropriate language</w:t>
      </w:r>
    </w:p>
    <w:p w:rsidR="003F746E" w:rsidRPr="009B6E07" w:rsidRDefault="003F746E" w:rsidP="006A5C2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Music exceeding time limits (5-second grace)</w:t>
      </w:r>
    </w:p>
    <w:p w:rsidR="003F746E" w:rsidRPr="009B6E07" w:rsidRDefault="003F746E" w:rsidP="006A5C2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Inappropriate costumes or choreography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lastRenderedPageBreak/>
        <w:t>12. SAFETY &amp; PERFORMANCE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All tricks must be:</w:t>
      </w:r>
    </w:p>
    <w:p w:rsidR="003F746E" w:rsidRPr="009B6E07" w:rsidRDefault="003F746E" w:rsidP="006A5C2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Controlled</w:t>
      </w:r>
    </w:p>
    <w:p w:rsidR="003F746E" w:rsidRPr="009B6E07" w:rsidRDefault="003F746E" w:rsidP="006A5C2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Safe</w:t>
      </w:r>
    </w:p>
    <w:p w:rsidR="003F746E" w:rsidRPr="009B6E07" w:rsidRDefault="003F746E" w:rsidP="006A5C2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Appropriate to category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Assisted Tricks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Allowed in:</w:t>
      </w:r>
    </w:p>
    <w:p w:rsidR="003F746E" w:rsidRPr="009B6E07" w:rsidRDefault="003F746E" w:rsidP="006A5C2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Duos</w:t>
      </w:r>
    </w:p>
    <w:p w:rsidR="003F746E" w:rsidRPr="009B6E07" w:rsidRDefault="003F746E" w:rsidP="006A5C2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Teams</w:t>
      </w:r>
    </w:p>
    <w:p w:rsidR="003F746E" w:rsidRPr="009B6E07" w:rsidRDefault="003F746E" w:rsidP="006A5C2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Megacrew</w:t>
      </w:r>
      <w:proofErr w:type="spellEnd"/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Must be:</w:t>
      </w:r>
    </w:p>
    <w:p w:rsidR="003F746E" w:rsidRPr="009B6E07" w:rsidRDefault="003F746E" w:rsidP="006A5C2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Rehearsed</w:t>
      </w:r>
    </w:p>
    <w:p w:rsidR="003F746E" w:rsidRPr="009B6E07" w:rsidRDefault="003F746E" w:rsidP="006A5C2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Executed safely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reserves the right to stop any unsafe performance.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13. JUDGING (OVERVIEW)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Judges assess performances based on:</w:t>
      </w:r>
    </w:p>
    <w:p w:rsidR="003F746E" w:rsidRPr="009B6E07" w:rsidRDefault="003F746E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Choreography</w:t>
      </w:r>
    </w:p>
    <w:p w:rsidR="003F746E" w:rsidRPr="009B6E07" w:rsidRDefault="003F746E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Execution</w:t>
      </w:r>
    </w:p>
    <w:p w:rsidR="003F746E" w:rsidRPr="009B6E07" w:rsidRDefault="003F746E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Transitions</w:t>
      </w:r>
    </w:p>
    <w:p w:rsidR="003F746E" w:rsidRPr="009B6E07" w:rsidRDefault="003F746E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Musicality and Creativity</w:t>
      </w:r>
    </w:p>
    <w:p w:rsidR="003F746E" w:rsidRPr="009B6E07" w:rsidRDefault="003F746E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Performance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Scoring:</w:t>
      </w:r>
    </w:p>
    <w:p w:rsidR="003F746E" w:rsidRPr="009B6E07" w:rsidRDefault="003F746E" w:rsidP="006A5C2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0–10 scale</w:t>
      </w:r>
    </w:p>
    <w:p w:rsidR="003F746E" w:rsidRPr="009B6E07" w:rsidRDefault="003F746E" w:rsidP="006A5C2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Increment scoring permitted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14. JUDGES TEAM CRITERIA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 Team consists of 5–25 dancers performing together in one routine.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lastRenderedPageBreak/>
        <w:t>1. Choreography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Judges assess the overall creativity and structure of your routine, focusing on choreography beyond foundational street styles.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You will be judged on:</w:t>
      </w:r>
    </w:p>
    <w:p w:rsidR="003F746E" w:rsidRPr="009B6E07" w:rsidRDefault="003F746E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Cleanliness of movement across the team</w:t>
      </w:r>
    </w:p>
    <w:p w:rsidR="003F746E" w:rsidRPr="009B6E07" w:rsidRDefault="003F746E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Precision of execution</w:t>
      </w:r>
    </w:p>
    <w:p w:rsidR="003F746E" w:rsidRPr="009B6E07" w:rsidRDefault="003F746E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Synchronicity between dancers</w:t>
      </w:r>
    </w:p>
    <w:p w:rsidR="003F746E" w:rsidRPr="009B6E07" w:rsidRDefault="003F746E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Overall ability of the team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Routines based purely on foundational styles will still be judged against the same criteria.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2. Execution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This section looks at how well your team performs foundation styles within the set.</w:t>
      </w:r>
    </w:p>
    <w:p w:rsidR="003F746E" w:rsidRPr="009B6E07" w:rsidRDefault="003F746E" w:rsidP="006A5C2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Age and level will be </w:t>
      </w:r>
      <w:proofErr w:type="gram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taken into account</w:t>
      </w:r>
      <w:proofErr w:type="gramEnd"/>
    </w:p>
    <w:p w:rsidR="003F746E" w:rsidRPr="009B6E07" w:rsidRDefault="003F746E" w:rsidP="006A5C2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Diversity in movement vocabulary is encouraged</w:t>
      </w:r>
    </w:p>
    <w:p w:rsidR="003F746E" w:rsidRPr="009B6E07" w:rsidRDefault="003F746E" w:rsidP="006A5C2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Teams are encouraged to show a range of foundation styles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We recommend showing at least 3 foundation styles to support authenticity.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There are no deductions or bonus points for the number of styles shown.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Single-style crews are not penalised.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Focus should be on quality, not quantity.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Recognised foundation styles include: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Hip Hop | House | Poppin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Lockin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Krump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Waacking | Voguing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Breakin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Dancehall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Litefeet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Afro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3. Transitions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Judges assess how effectively your team moves across the floor and shifts between sections.</w:t>
      </w:r>
    </w:p>
    <w:p w:rsidR="003F746E" w:rsidRPr="009B6E07" w:rsidRDefault="003F746E" w:rsidP="006A5C2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Creative use of space and formations</w:t>
      </w:r>
    </w:p>
    <w:p w:rsidR="003F746E" w:rsidRPr="009B6E07" w:rsidRDefault="003F746E" w:rsidP="006A5C2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Clean shapes and formations</w:t>
      </w:r>
    </w:p>
    <w:p w:rsidR="003F746E" w:rsidRPr="009B6E07" w:rsidRDefault="003F746E" w:rsidP="006A5C2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Smooth position changes</w:t>
      </w:r>
    </w:p>
    <w:p w:rsidR="003F746E" w:rsidRPr="009B6E07" w:rsidRDefault="003F746E" w:rsidP="006A5C2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Original transitions and movement flow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4. Musicality &amp; Creativity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This category rewards how your routine connects to the music.</w:t>
      </w:r>
    </w:p>
    <w:p w:rsidR="003F746E" w:rsidRPr="009B6E07" w:rsidRDefault="003F746E" w:rsidP="006A5C2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Interpretation of beats, lyrics, and phrasing</w:t>
      </w:r>
    </w:p>
    <w:p w:rsidR="003F746E" w:rsidRPr="009B6E07" w:rsidRDefault="003F746E" w:rsidP="006A5C2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Originality of choreography and movement</w:t>
      </w:r>
    </w:p>
    <w:p w:rsidR="003F746E" w:rsidRPr="009B6E07" w:rsidRDefault="003F746E" w:rsidP="006A5C2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Creative use of music choice and mix</w:t>
      </w:r>
    </w:p>
    <w:p w:rsidR="003F746E" w:rsidRPr="009B6E07" w:rsidRDefault="003F746E" w:rsidP="006A5C2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Complexity and layering of musical response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5. Performance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Judges consider the energy and stage presence of the team.</w:t>
      </w:r>
    </w:p>
    <w:p w:rsidR="003F746E" w:rsidRPr="009B6E07" w:rsidRDefault="003F746E" w:rsidP="006A5C2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Energy and commitment</w:t>
      </w:r>
    </w:p>
    <w:p w:rsidR="003F746E" w:rsidRPr="009B6E07" w:rsidRDefault="003F746E" w:rsidP="006A5C2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Enthusiasm of every member</w:t>
      </w:r>
    </w:p>
    <w:p w:rsidR="003F746E" w:rsidRPr="009B6E07" w:rsidRDefault="003F746E" w:rsidP="006A5C2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Confidence in performance</w:t>
      </w:r>
    </w:p>
    <w:p w:rsidR="003F746E" w:rsidRPr="009B6E07" w:rsidRDefault="003F746E" w:rsidP="006A5C2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Engagement with judges and audience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Scoring Scale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0–2 = Below Average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3–4 = Average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5–6 = Good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7–8 = Very Good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9–10 = Excellent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Scores may include increments of:</w:t>
      </w:r>
    </w:p>
    <w:p w:rsidR="003F746E" w:rsidRPr="009B6E07" w:rsidRDefault="003F746E" w:rsidP="006A5C2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0.25</w:t>
      </w:r>
    </w:p>
    <w:p w:rsidR="003F746E" w:rsidRPr="009B6E07" w:rsidRDefault="003F746E" w:rsidP="006A5C2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0.5</w:t>
      </w:r>
    </w:p>
    <w:p w:rsidR="003F746E" w:rsidRPr="009B6E07" w:rsidRDefault="003F746E" w:rsidP="006A5C2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0.75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Penalties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Points may be deducted for:</w:t>
      </w:r>
    </w:p>
    <w:p w:rsidR="003F746E" w:rsidRPr="009B6E07" w:rsidRDefault="003F746E" w:rsidP="006A5C2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Swearing or inappropriate language in music</w:t>
      </w:r>
    </w:p>
    <w:p w:rsidR="003F746E" w:rsidRPr="009B6E07" w:rsidRDefault="003F746E" w:rsidP="006A5C2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Music exceeding time limit (5-second grace)</w:t>
      </w:r>
    </w:p>
    <w:p w:rsidR="003F746E" w:rsidRPr="009B6E07" w:rsidRDefault="003F746E" w:rsidP="006A5C2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lastRenderedPageBreak/>
        <w:t>Inappropriate movement or costumes</w:t>
      </w:r>
    </w:p>
    <w:p w:rsidR="003F746E" w:rsidRPr="009B6E07" w:rsidRDefault="003F746E" w:rsidP="006A5C2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Teams with more than 25% of dancers above the age category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15. JUDGES MEGACREW CRITERIA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A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MegaCrew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is a large team of 18–40 dancers performing together in one routine.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Performance Guidelines</w:t>
      </w:r>
    </w:p>
    <w:p w:rsidR="003F746E" w:rsidRPr="009B6E07" w:rsidRDefault="003F746E" w:rsidP="006A5C2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Routine length: up to 4 minutes</w:t>
      </w:r>
    </w:p>
    <w:p w:rsidR="003F746E" w:rsidRPr="009B6E07" w:rsidRDefault="003F746E" w:rsidP="006A5C2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Multiple songs may be used</w:t>
      </w:r>
    </w:p>
    <w:p w:rsidR="003F746E" w:rsidRPr="009B6E07" w:rsidRDefault="003F746E" w:rsidP="006A5C2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At least 75% of the crew must be dancing for a minimum of 2 minutes</w:t>
      </w:r>
    </w:p>
    <w:p w:rsidR="003F746E" w:rsidRPr="009B6E07" w:rsidRDefault="003F746E" w:rsidP="006A5C2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No age or skill divisions</w:t>
      </w:r>
    </w:p>
    <w:p w:rsidR="003F746E" w:rsidRPr="009B6E07" w:rsidRDefault="003F746E" w:rsidP="006A5C2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Tricks are allowed</w:t>
      </w:r>
    </w:p>
    <w:p w:rsidR="003F746E" w:rsidRPr="009B6E07" w:rsidRDefault="003F746E" w:rsidP="006A5C2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Props are permitted if safe and do not interfere with the stage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1. Concept / Story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 theme or storyline is encouraged but not required.</w:t>
      </w: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br/>
        <w:t>Judges reward originality and creativity.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2. Execution of Technique &amp; Choreography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Judges assess:</w:t>
      </w:r>
    </w:p>
    <w:p w:rsidR="003F746E" w:rsidRPr="009B6E07" w:rsidRDefault="003F746E" w:rsidP="006A5C2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Execution</w:t>
      </w:r>
    </w:p>
    <w:p w:rsidR="003F746E" w:rsidRPr="009B6E07" w:rsidRDefault="003F746E" w:rsidP="006A5C2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Authenticity</w:t>
      </w:r>
    </w:p>
    <w:p w:rsidR="003F746E" w:rsidRPr="009B6E07" w:rsidRDefault="003F746E" w:rsidP="006A5C2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Team synchronicity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Diversity in movement vocabulary is encouraged.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Routines should maintain a clear relationship with street dance culture.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Recognised styles include: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Hip Hop | House | Poppin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Lockin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Krump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Waacking | Voguing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Breakin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Dancehall |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Litefeet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| Afro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lastRenderedPageBreak/>
        <w:t>3. Creativity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Judges look at how effectively the </w:t>
      </w:r>
      <w:proofErr w:type="spellStart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MegaCrew</w:t>
      </w:r>
      <w:proofErr w:type="spellEnd"/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 xml:space="preserve"> brings the routine to life.</w:t>
      </w:r>
    </w:p>
    <w:p w:rsidR="003F746E" w:rsidRPr="009B6E07" w:rsidRDefault="003F746E" w:rsidP="006A5C2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Use of transitions, formations, and levels</w:t>
      </w:r>
    </w:p>
    <w:p w:rsidR="003F746E" w:rsidRPr="009B6E07" w:rsidRDefault="003F746E" w:rsidP="006A5C2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Musical accents and structure</w:t>
      </w:r>
    </w:p>
    <w:p w:rsidR="003F746E" w:rsidRPr="009B6E07" w:rsidRDefault="003F746E" w:rsidP="006A5C2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Creative use of props</w:t>
      </w:r>
    </w:p>
    <w:p w:rsidR="003F746E" w:rsidRPr="009B6E07" w:rsidRDefault="003F746E" w:rsidP="006A5C2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Appropriate and effective costuming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en-GB" w:eastAsia="en-GB"/>
        </w:rPr>
        <w:t>4. Performance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Judges assess:</w:t>
      </w:r>
    </w:p>
    <w:p w:rsidR="003F746E" w:rsidRPr="009B6E07" w:rsidRDefault="003F746E" w:rsidP="006A5C2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Energy across the full crew</w:t>
      </w:r>
    </w:p>
    <w:p w:rsidR="003F746E" w:rsidRPr="009B6E07" w:rsidRDefault="003F746E" w:rsidP="006A5C2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Stage presence</w:t>
      </w:r>
    </w:p>
    <w:p w:rsidR="003F746E" w:rsidRPr="009B6E07" w:rsidRDefault="003F746E" w:rsidP="006A5C2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Consistency throughout</w:t>
      </w:r>
    </w:p>
    <w:p w:rsidR="003F746E" w:rsidRPr="009B6E07" w:rsidRDefault="003F746E" w:rsidP="006A5C2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Synchronisation</w:t>
      </w:r>
    </w:p>
    <w:p w:rsidR="003F746E" w:rsidRPr="009B6E07" w:rsidRDefault="003F746E" w:rsidP="006A5C2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Engagement with audience and judges</w:t>
      </w:r>
    </w:p>
    <w:p w:rsidR="003F746E" w:rsidRPr="009B6E07" w:rsidRDefault="003F746E" w:rsidP="003F74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16. EVENT MANAGEMENT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reserves the right to:</w:t>
      </w:r>
    </w:p>
    <w:p w:rsidR="003F746E" w:rsidRPr="009B6E07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Adjust running order</w:t>
      </w:r>
    </w:p>
    <w:p w:rsidR="003F746E" w:rsidRPr="009B6E07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Combine categories</w:t>
      </w:r>
    </w:p>
    <w:p w:rsidR="003F746E" w:rsidRPr="009B6E07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Remove unsafe performances</w:t>
      </w:r>
    </w:p>
    <w:p w:rsidR="003F746E" w:rsidRPr="009B6E07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Enforce all rules and safeguarding policies</w:t>
      </w:r>
    </w:p>
    <w:p w:rsidR="00FC7C5F" w:rsidRPr="009B6E07" w:rsidRDefault="00FC7C5F" w:rsidP="00FC7C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3F746E" w:rsidRPr="009B6E07" w:rsidRDefault="003F746E" w:rsidP="003F7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</w:pPr>
      <w:r w:rsidRPr="009B6E0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 w:eastAsia="en-GB"/>
        </w:rPr>
        <w:t>17. FINAL NOTE</w:t>
      </w:r>
    </w:p>
    <w:p w:rsidR="003F746E" w:rsidRPr="009B6E07" w:rsidRDefault="003F746E" w:rsidP="003F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SOAR SDC competitions are designed to:</w:t>
      </w:r>
    </w:p>
    <w:p w:rsidR="003F746E" w:rsidRPr="009B6E07" w:rsidRDefault="003F746E" w:rsidP="006A5C2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Support dancer development</w:t>
      </w:r>
    </w:p>
    <w:p w:rsidR="003F746E" w:rsidRPr="009B6E07" w:rsidRDefault="003F746E" w:rsidP="006A5C2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Celebrate street dance culture</w:t>
      </w:r>
    </w:p>
    <w:p w:rsidR="003F746E" w:rsidRPr="009B6E07" w:rsidRDefault="003F746E" w:rsidP="006A5C2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  <w:r w:rsidRPr="009B6E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  <w:t>Provide fair and structured competition opportunities</w:t>
      </w:r>
    </w:p>
    <w:bookmarkEnd w:id="0"/>
    <w:p w:rsidR="00FC7C5F" w:rsidRPr="009B6E07" w:rsidRDefault="00FC7C5F" w:rsidP="00FC7C5F">
      <w:pPr>
        <w:spacing w:after="0" w:line="239" w:lineRule="auto"/>
        <w:rPr>
          <w:color w:val="000000" w:themeColor="text1"/>
        </w:rPr>
      </w:pPr>
      <w:r w:rsidRPr="009B6E07">
        <w:rPr>
          <w:rFonts w:ascii="Calibri" w:eastAsia="Calibri" w:hAnsi="Calibri" w:cs="Calibri"/>
          <w:color w:val="000000" w:themeColor="text1"/>
          <w:sz w:val="52"/>
        </w:rPr>
        <w:lastRenderedPageBreak/>
        <w:t xml:space="preserve">SOAR ADDITIONAL RULES – TRIOS / QUADS &amp; SET ROUTINES </w:t>
      </w:r>
    </w:p>
    <w:p w:rsidR="00FC7C5F" w:rsidRPr="009B6E07" w:rsidRDefault="00FC7C5F" w:rsidP="00FC7C5F">
      <w:pPr>
        <w:spacing w:after="541" w:line="259" w:lineRule="auto"/>
        <w:ind w:left="-29" w:right="-31"/>
        <w:rPr>
          <w:color w:val="000000" w:themeColor="text1"/>
        </w:rPr>
      </w:pPr>
    </w:p>
    <w:p w:rsidR="00FC7C5F" w:rsidRPr="009B6E07" w:rsidRDefault="00FC7C5F" w:rsidP="00FC7C5F">
      <w:pPr>
        <w:pStyle w:val="Heading1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TRIOS / QUADS </w:t>
      </w:r>
    </w:p>
    <w:p w:rsidR="00FC7C5F" w:rsidRPr="009B6E07" w:rsidRDefault="00FC7C5F" w:rsidP="00FC7C5F">
      <w:pPr>
        <w:spacing w:after="244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SOAR British Championships &amp; World Championships 2027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Age Categories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8 &amp; Under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10 &amp; Under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12 &amp; Under </w:t>
      </w:r>
    </w:p>
    <w:p w:rsidR="00FC7C5F" w:rsidRPr="009B6E07" w:rsidRDefault="00FC7C5F" w:rsidP="00FC7C5F">
      <w:pPr>
        <w:numPr>
          <w:ilvl w:val="0"/>
          <w:numId w:val="49"/>
        </w:numPr>
        <w:spacing w:after="8" w:line="267" w:lineRule="auto"/>
        <w:ind w:hanging="293"/>
        <w:rPr>
          <w:color w:val="000000" w:themeColor="text1"/>
        </w:rPr>
      </w:pPr>
      <w:r w:rsidRPr="009B6E07">
        <w:rPr>
          <w:color w:val="000000" w:themeColor="text1"/>
        </w:rPr>
        <w:t xml:space="preserve">&amp; Under </w:t>
      </w:r>
    </w:p>
    <w:p w:rsidR="00FC7C5F" w:rsidRPr="009B6E07" w:rsidRDefault="00FC7C5F" w:rsidP="00FC7C5F">
      <w:pPr>
        <w:numPr>
          <w:ilvl w:val="0"/>
          <w:numId w:val="49"/>
        </w:numPr>
        <w:spacing w:after="244" w:line="267" w:lineRule="auto"/>
        <w:ind w:hanging="293"/>
        <w:rPr>
          <w:color w:val="000000" w:themeColor="text1"/>
        </w:rPr>
      </w:pPr>
      <w:r w:rsidRPr="009B6E07">
        <w:rPr>
          <w:color w:val="000000" w:themeColor="text1"/>
        </w:rPr>
        <w:t xml:space="preserve">&amp; Over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Ability Levels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Newcomer / Novice (combined) </w:t>
      </w:r>
    </w:p>
    <w:p w:rsidR="00FC7C5F" w:rsidRPr="009B6E07" w:rsidRDefault="00FC7C5F" w:rsidP="00FC7C5F">
      <w:pPr>
        <w:spacing w:after="244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Intermediate / Advanced (combined) </w:t>
      </w:r>
    </w:p>
    <w:p w:rsidR="00FC7C5F" w:rsidRPr="009B6E07" w:rsidRDefault="00FC7C5F" w:rsidP="00FC7C5F">
      <w:pPr>
        <w:spacing w:after="0" w:line="259" w:lineRule="auto"/>
        <w:ind w:left="-5"/>
        <w:rPr>
          <w:color w:val="000000" w:themeColor="text1"/>
        </w:rPr>
      </w:pPr>
      <w:r w:rsidRPr="009B6E07">
        <w:rPr>
          <w:rFonts w:ascii="Calibri" w:eastAsia="Calibri" w:hAnsi="Calibri" w:cs="Calibri"/>
          <w:b/>
          <w:color w:val="000000" w:themeColor="text1"/>
          <w:sz w:val="26"/>
        </w:rPr>
        <w:t xml:space="preserve">Age Flexibility </w:t>
      </w:r>
    </w:p>
    <w:p w:rsidR="00FC7C5F" w:rsidRPr="009B6E07" w:rsidRDefault="00FC7C5F" w:rsidP="00FC7C5F">
      <w:pPr>
        <w:spacing w:after="244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Quads are permitted to have one dancer outside of the age category (either above or below).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Music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Music will be selected by SOAR. </w:t>
      </w:r>
    </w:p>
    <w:p w:rsidR="00FC7C5F" w:rsidRPr="009B6E07" w:rsidRDefault="00FC7C5F" w:rsidP="00FC7C5F">
      <w:pPr>
        <w:spacing w:after="244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Music will be released 3 months prior to the event.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Additional Notes </w:t>
      </w:r>
    </w:p>
    <w:p w:rsidR="00FC7C5F" w:rsidRPr="009B6E07" w:rsidRDefault="00FC7C5F" w:rsidP="00FC7C5F">
      <w:pPr>
        <w:spacing w:after="540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All dancers must compete in the correct age category (subject to quad flexibility rule). SOAR reserves the right to combine categories where necessary. </w:t>
      </w:r>
    </w:p>
    <w:p w:rsidR="00FC7C5F" w:rsidRPr="009B6E07" w:rsidRDefault="00FC7C5F" w:rsidP="00FC7C5F">
      <w:pPr>
        <w:pStyle w:val="Heading1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SET ROUTINES </w:t>
      </w:r>
    </w:p>
    <w:p w:rsidR="00FC7C5F" w:rsidRPr="009B6E07" w:rsidRDefault="00FC7C5F" w:rsidP="00FC7C5F">
      <w:pPr>
        <w:spacing w:after="244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SOAR British Championships &amp; Selected SDC Regional Events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Age Categories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8 &amp; Under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12 &amp; Under </w:t>
      </w:r>
    </w:p>
    <w:p w:rsidR="00FC7C5F" w:rsidRPr="009B6E07" w:rsidRDefault="00FC7C5F" w:rsidP="00FC7C5F">
      <w:pPr>
        <w:numPr>
          <w:ilvl w:val="0"/>
          <w:numId w:val="50"/>
        </w:numPr>
        <w:spacing w:after="8" w:line="267" w:lineRule="auto"/>
        <w:ind w:hanging="293"/>
        <w:rPr>
          <w:color w:val="000000" w:themeColor="text1"/>
        </w:rPr>
      </w:pPr>
      <w:r w:rsidRPr="009B6E07">
        <w:rPr>
          <w:color w:val="000000" w:themeColor="text1"/>
        </w:rPr>
        <w:lastRenderedPageBreak/>
        <w:t xml:space="preserve">&amp; Under </w:t>
      </w:r>
    </w:p>
    <w:p w:rsidR="00FC7C5F" w:rsidRPr="009B6E07" w:rsidRDefault="00FC7C5F" w:rsidP="00FC7C5F">
      <w:pPr>
        <w:numPr>
          <w:ilvl w:val="0"/>
          <w:numId w:val="50"/>
        </w:numPr>
        <w:spacing w:after="8" w:line="267" w:lineRule="auto"/>
        <w:ind w:hanging="293"/>
        <w:rPr>
          <w:color w:val="000000" w:themeColor="text1"/>
        </w:rPr>
      </w:pPr>
      <w:r w:rsidRPr="009B6E07">
        <w:rPr>
          <w:color w:val="000000" w:themeColor="text1"/>
        </w:rPr>
        <w:t xml:space="preserve">&amp; Over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Ability Levels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Newcomer / Novice (combined) </w:t>
      </w:r>
    </w:p>
    <w:p w:rsidR="00FC7C5F" w:rsidRPr="009B6E07" w:rsidRDefault="00FC7C5F" w:rsidP="00FC7C5F">
      <w:pPr>
        <w:spacing w:after="244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Intermediate / Advanced (combined)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Styles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Hip Hop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House </w:t>
      </w:r>
    </w:p>
    <w:p w:rsidR="00FC7C5F" w:rsidRPr="009B6E07" w:rsidRDefault="00FC7C5F" w:rsidP="00FC7C5F">
      <w:pPr>
        <w:spacing w:after="14" w:line="259" w:lineRule="auto"/>
        <w:rPr>
          <w:color w:val="000000" w:themeColor="text1"/>
        </w:rPr>
      </w:pPr>
      <w:r w:rsidRPr="009B6E07">
        <w:rPr>
          <w:color w:val="000000" w:themeColor="text1"/>
        </w:rPr>
        <w:t xml:space="preserve"> </w:t>
      </w:r>
    </w:p>
    <w:p w:rsidR="00FC7C5F" w:rsidRPr="009B6E07" w:rsidRDefault="00FC7C5F" w:rsidP="00FC7C5F">
      <w:pPr>
        <w:spacing w:after="244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Competitors may compete in both styles. </w:t>
      </w:r>
    </w:p>
    <w:p w:rsidR="00FC7C5F" w:rsidRPr="009B6E07" w:rsidRDefault="00FC7C5F" w:rsidP="00FC7C5F">
      <w:pPr>
        <w:spacing w:after="0" w:line="259" w:lineRule="auto"/>
        <w:ind w:left="-5"/>
        <w:rPr>
          <w:color w:val="000000" w:themeColor="text1"/>
        </w:rPr>
      </w:pPr>
      <w:r w:rsidRPr="009B6E07">
        <w:rPr>
          <w:rFonts w:ascii="Calibri" w:eastAsia="Calibri" w:hAnsi="Calibri" w:cs="Calibri"/>
          <w:b/>
          <w:color w:val="000000" w:themeColor="text1"/>
          <w:sz w:val="26"/>
        </w:rPr>
        <w:t xml:space="preserve">Music </w:t>
      </w:r>
    </w:p>
    <w:p w:rsidR="00FC7C5F" w:rsidRPr="009B6E07" w:rsidRDefault="00FC7C5F" w:rsidP="00FC7C5F">
      <w:pPr>
        <w:spacing w:after="245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Music will be selected by SOAR.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Set Routine Distribution </w:t>
      </w:r>
    </w:p>
    <w:p w:rsidR="00FC7C5F" w:rsidRPr="009B6E07" w:rsidRDefault="00FC7C5F" w:rsidP="00FC7C5F">
      <w:pPr>
        <w:spacing w:after="24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Set routines will be released 3 months prior to the event and will be sent to registered dance schools once deposits have been paid. </w:t>
      </w:r>
    </w:p>
    <w:p w:rsidR="00FC7C5F" w:rsidRPr="009B6E07" w:rsidRDefault="00FC7C5F" w:rsidP="00FC7C5F">
      <w:pPr>
        <w:pStyle w:val="Heading2"/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Additional Notes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Set routines are pre-set by SOAR and must be performed as provided. </w:t>
      </w:r>
    </w:p>
    <w:p w:rsidR="00FC7C5F" w:rsidRPr="009B6E07" w:rsidRDefault="00FC7C5F" w:rsidP="00FC7C5F">
      <w:pPr>
        <w:ind w:left="-5"/>
        <w:rPr>
          <w:color w:val="000000" w:themeColor="text1"/>
        </w:rPr>
      </w:pPr>
      <w:r w:rsidRPr="009B6E07">
        <w:rPr>
          <w:color w:val="000000" w:themeColor="text1"/>
        </w:rPr>
        <w:t xml:space="preserve">Judges will assess accuracy, timing, performance and execution. </w:t>
      </w:r>
    </w:p>
    <w:p w:rsidR="00FC7C5F" w:rsidRPr="009B6E07" w:rsidRDefault="00FC7C5F" w:rsidP="00FC7C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en-GB"/>
        </w:rPr>
      </w:pPr>
    </w:p>
    <w:p w:rsidR="00EE21A8" w:rsidRPr="009B6E07" w:rsidRDefault="00EE21A8">
      <w:pPr>
        <w:rPr>
          <w:color w:val="000000" w:themeColor="text1"/>
        </w:rPr>
      </w:pPr>
    </w:p>
    <w:sectPr w:rsidR="00EE21A8" w:rsidRPr="009B6E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6E23622"/>
    <w:multiLevelType w:val="multilevel"/>
    <w:tmpl w:val="C918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492B33"/>
    <w:multiLevelType w:val="multilevel"/>
    <w:tmpl w:val="1A94F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DC78AE"/>
    <w:multiLevelType w:val="multilevel"/>
    <w:tmpl w:val="E236A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C75EA3"/>
    <w:multiLevelType w:val="multilevel"/>
    <w:tmpl w:val="AAEA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6C5CB3"/>
    <w:multiLevelType w:val="multilevel"/>
    <w:tmpl w:val="FBB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0A0255"/>
    <w:multiLevelType w:val="multilevel"/>
    <w:tmpl w:val="2C90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DE4B0E"/>
    <w:multiLevelType w:val="multilevel"/>
    <w:tmpl w:val="5B68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AE76A4"/>
    <w:multiLevelType w:val="multilevel"/>
    <w:tmpl w:val="A066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F73D20"/>
    <w:multiLevelType w:val="multilevel"/>
    <w:tmpl w:val="52E4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A62B2F"/>
    <w:multiLevelType w:val="multilevel"/>
    <w:tmpl w:val="DB22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657B25"/>
    <w:multiLevelType w:val="multilevel"/>
    <w:tmpl w:val="0876E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CF49F0"/>
    <w:multiLevelType w:val="multilevel"/>
    <w:tmpl w:val="996C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0F3526"/>
    <w:multiLevelType w:val="multilevel"/>
    <w:tmpl w:val="3F6C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3A224D"/>
    <w:multiLevelType w:val="multilevel"/>
    <w:tmpl w:val="36BA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467DC3"/>
    <w:multiLevelType w:val="multilevel"/>
    <w:tmpl w:val="C946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E72014"/>
    <w:multiLevelType w:val="multilevel"/>
    <w:tmpl w:val="AEE65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305AA6"/>
    <w:multiLevelType w:val="multilevel"/>
    <w:tmpl w:val="C384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6D0694"/>
    <w:multiLevelType w:val="multilevel"/>
    <w:tmpl w:val="3002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631C33"/>
    <w:multiLevelType w:val="multilevel"/>
    <w:tmpl w:val="E96A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0A5A11"/>
    <w:multiLevelType w:val="multilevel"/>
    <w:tmpl w:val="144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30719D"/>
    <w:multiLevelType w:val="hybridMultilevel"/>
    <w:tmpl w:val="DD4C5816"/>
    <w:lvl w:ilvl="0" w:tplc="9CBC7FF2">
      <w:start w:val="14"/>
      <w:numFmt w:val="decimal"/>
      <w:lvlText w:val="%1"/>
      <w:lvlJc w:val="left"/>
      <w:pPr>
        <w:ind w:left="29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AB23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66432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66A9C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6486D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08140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2816F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9220A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70EDD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4F82707"/>
    <w:multiLevelType w:val="multilevel"/>
    <w:tmpl w:val="CA08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F33C60"/>
    <w:multiLevelType w:val="multilevel"/>
    <w:tmpl w:val="F076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3453DD"/>
    <w:multiLevelType w:val="multilevel"/>
    <w:tmpl w:val="F3B8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1D70AA"/>
    <w:multiLevelType w:val="multilevel"/>
    <w:tmpl w:val="E9A0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65235B"/>
    <w:multiLevelType w:val="multilevel"/>
    <w:tmpl w:val="318E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3E1C1A"/>
    <w:multiLevelType w:val="multilevel"/>
    <w:tmpl w:val="7C44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6F4A3D"/>
    <w:multiLevelType w:val="hybridMultilevel"/>
    <w:tmpl w:val="8C181DA0"/>
    <w:lvl w:ilvl="0" w:tplc="E112EFB0">
      <w:start w:val="14"/>
      <w:numFmt w:val="decimal"/>
      <w:lvlText w:val="%1"/>
      <w:lvlJc w:val="left"/>
      <w:pPr>
        <w:ind w:left="29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FA789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F0CF9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70FFD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6AC49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90EF1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C84F5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38BF9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C8E32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A897ADD"/>
    <w:multiLevelType w:val="multilevel"/>
    <w:tmpl w:val="9140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390E9D"/>
    <w:multiLevelType w:val="multilevel"/>
    <w:tmpl w:val="AAFE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657D78"/>
    <w:multiLevelType w:val="multilevel"/>
    <w:tmpl w:val="7FD0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3D6368"/>
    <w:multiLevelType w:val="multilevel"/>
    <w:tmpl w:val="914A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B32043"/>
    <w:multiLevelType w:val="multilevel"/>
    <w:tmpl w:val="C1F6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2C4310"/>
    <w:multiLevelType w:val="multilevel"/>
    <w:tmpl w:val="F554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CE6327"/>
    <w:multiLevelType w:val="multilevel"/>
    <w:tmpl w:val="5AE2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B45C28"/>
    <w:multiLevelType w:val="multilevel"/>
    <w:tmpl w:val="518C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B06C53"/>
    <w:multiLevelType w:val="multilevel"/>
    <w:tmpl w:val="15D27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243C42"/>
    <w:multiLevelType w:val="multilevel"/>
    <w:tmpl w:val="E75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9340BB"/>
    <w:multiLevelType w:val="multilevel"/>
    <w:tmpl w:val="F2E87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9A60F0"/>
    <w:multiLevelType w:val="multilevel"/>
    <w:tmpl w:val="400A4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255E41"/>
    <w:multiLevelType w:val="multilevel"/>
    <w:tmpl w:val="4616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E3722C"/>
    <w:multiLevelType w:val="multilevel"/>
    <w:tmpl w:val="B2DE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D10950"/>
    <w:multiLevelType w:val="multilevel"/>
    <w:tmpl w:val="0940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B46B0E"/>
    <w:multiLevelType w:val="multilevel"/>
    <w:tmpl w:val="8292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40"/>
  </w:num>
  <w:num w:numId="9">
    <w:abstractNumId w:val="8"/>
  </w:num>
  <w:num w:numId="10">
    <w:abstractNumId w:val="46"/>
  </w:num>
  <w:num w:numId="11">
    <w:abstractNumId w:val="44"/>
  </w:num>
  <w:num w:numId="12">
    <w:abstractNumId w:val="16"/>
  </w:num>
  <w:num w:numId="13">
    <w:abstractNumId w:val="49"/>
  </w:num>
  <w:num w:numId="14">
    <w:abstractNumId w:val="32"/>
  </w:num>
  <w:num w:numId="15">
    <w:abstractNumId w:val="29"/>
  </w:num>
  <w:num w:numId="16">
    <w:abstractNumId w:val="12"/>
  </w:num>
  <w:num w:numId="17">
    <w:abstractNumId w:val="22"/>
  </w:num>
  <w:num w:numId="18">
    <w:abstractNumId w:val="15"/>
  </w:num>
  <w:num w:numId="19">
    <w:abstractNumId w:val="28"/>
  </w:num>
  <w:num w:numId="20">
    <w:abstractNumId w:val="18"/>
  </w:num>
  <w:num w:numId="21">
    <w:abstractNumId w:val="23"/>
  </w:num>
  <w:num w:numId="22">
    <w:abstractNumId w:val="30"/>
  </w:num>
  <w:num w:numId="23">
    <w:abstractNumId w:val="10"/>
  </w:num>
  <w:num w:numId="24">
    <w:abstractNumId w:val="36"/>
  </w:num>
  <w:num w:numId="25">
    <w:abstractNumId w:val="43"/>
  </w:num>
  <w:num w:numId="26">
    <w:abstractNumId w:val="34"/>
  </w:num>
  <w:num w:numId="27">
    <w:abstractNumId w:val="47"/>
  </w:num>
  <w:num w:numId="28">
    <w:abstractNumId w:val="41"/>
  </w:num>
  <w:num w:numId="29">
    <w:abstractNumId w:val="27"/>
  </w:num>
  <w:num w:numId="30">
    <w:abstractNumId w:val="42"/>
  </w:num>
  <w:num w:numId="31">
    <w:abstractNumId w:val="38"/>
  </w:num>
  <w:num w:numId="32">
    <w:abstractNumId w:val="21"/>
  </w:num>
  <w:num w:numId="33">
    <w:abstractNumId w:val="24"/>
  </w:num>
  <w:num w:numId="34">
    <w:abstractNumId w:val="13"/>
  </w:num>
  <w:num w:numId="35">
    <w:abstractNumId w:val="20"/>
  </w:num>
  <w:num w:numId="36">
    <w:abstractNumId w:val="9"/>
  </w:num>
  <w:num w:numId="37">
    <w:abstractNumId w:val="37"/>
  </w:num>
  <w:num w:numId="38">
    <w:abstractNumId w:val="48"/>
  </w:num>
  <w:num w:numId="39">
    <w:abstractNumId w:val="19"/>
  </w:num>
  <w:num w:numId="40">
    <w:abstractNumId w:val="39"/>
  </w:num>
  <w:num w:numId="41">
    <w:abstractNumId w:val="17"/>
  </w:num>
  <w:num w:numId="42">
    <w:abstractNumId w:val="25"/>
  </w:num>
  <w:num w:numId="43">
    <w:abstractNumId w:val="14"/>
  </w:num>
  <w:num w:numId="44">
    <w:abstractNumId w:val="45"/>
  </w:num>
  <w:num w:numId="45">
    <w:abstractNumId w:val="6"/>
  </w:num>
  <w:num w:numId="46">
    <w:abstractNumId w:val="31"/>
  </w:num>
  <w:num w:numId="47">
    <w:abstractNumId w:val="35"/>
  </w:num>
  <w:num w:numId="48">
    <w:abstractNumId w:val="11"/>
  </w:num>
  <w:num w:numId="49">
    <w:abstractNumId w:val="26"/>
  </w:num>
  <w:num w:numId="50">
    <w:abstractNumId w:val="3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030"/>
    <w:rsid w:val="0015074B"/>
    <w:rsid w:val="0029639D"/>
    <w:rsid w:val="00326F90"/>
    <w:rsid w:val="003F746E"/>
    <w:rsid w:val="006A5C26"/>
    <w:rsid w:val="009B6E07"/>
    <w:rsid w:val="00AA1D8D"/>
    <w:rsid w:val="00B47730"/>
    <w:rsid w:val="00CB0664"/>
    <w:rsid w:val="00EE21A8"/>
    <w:rsid w:val="00FC693F"/>
    <w:rsid w:val="00FC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83F6A6"/>
  <w14:defaultImageDpi w14:val="300"/>
  <w15:docId w15:val="{1B4E80E4-F468-4433-AF51-EAC744E8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9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96A498-AC5E-49A9-B219-70A02F35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</cp:lastModifiedBy>
  <cp:revision>2</cp:revision>
  <dcterms:created xsi:type="dcterms:W3CDTF">2026-04-16T17:28:00Z</dcterms:created>
  <dcterms:modified xsi:type="dcterms:W3CDTF">2026-04-16T17:28:00Z</dcterms:modified>
  <cp:category/>
</cp:coreProperties>
</file>